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C8041B" w14:textId="27D0C8BA" w:rsidR="003D567D" w:rsidRPr="003D567D" w:rsidRDefault="003D567D" w:rsidP="003D567D">
      <w:r w:rsidRPr="003D567D">
        <w:t xml:space="preserve"> </w:t>
      </w:r>
      <w:r w:rsidRPr="003D567D">
        <w:rPr>
          <w:b/>
          <w:bCs/>
          <w:sz w:val="24"/>
          <w:szCs w:val="24"/>
        </w:rPr>
        <w:t>PRZYGOTOWANIE DOROSŁYCH DO BIERZMOWANIA</w:t>
      </w:r>
    </w:p>
    <w:p w14:paraId="6600D19D" w14:textId="2ECCDE43" w:rsidR="005B0C60" w:rsidRDefault="003D567D" w:rsidP="0078207C">
      <w:pPr>
        <w:spacing w:after="0" w:line="240" w:lineRule="auto"/>
        <w:jc w:val="center"/>
        <w:rPr>
          <w:sz w:val="16"/>
          <w:szCs w:val="16"/>
        </w:rPr>
      </w:pPr>
      <w:r w:rsidRPr="003D567D">
        <w:rPr>
          <w:sz w:val="16"/>
          <w:szCs w:val="16"/>
        </w:rPr>
        <w:t xml:space="preserve">I </w:t>
      </w:r>
      <w:proofErr w:type="spellStart"/>
      <w:r w:rsidRPr="003D567D">
        <w:rPr>
          <w:sz w:val="16"/>
          <w:szCs w:val="16"/>
        </w:rPr>
        <w:t>cykl</w:t>
      </w:r>
      <w:proofErr w:type="spellEnd"/>
      <w:r w:rsidRPr="003D567D">
        <w:rPr>
          <w:sz w:val="16"/>
          <w:szCs w:val="16"/>
        </w:rPr>
        <w:t xml:space="preserve"> – </w:t>
      </w:r>
      <w:proofErr w:type="spellStart"/>
      <w:r w:rsidRPr="003D567D">
        <w:rPr>
          <w:sz w:val="16"/>
          <w:szCs w:val="16"/>
        </w:rPr>
        <w:t>rok</w:t>
      </w:r>
      <w:proofErr w:type="spellEnd"/>
      <w:r w:rsidRPr="003D567D">
        <w:rPr>
          <w:sz w:val="16"/>
          <w:szCs w:val="16"/>
        </w:rPr>
        <w:t xml:space="preserve"> 2026/2027</w:t>
      </w:r>
      <w:r w:rsidR="00FB141D">
        <w:rPr>
          <w:sz w:val="16"/>
          <w:szCs w:val="16"/>
        </w:rPr>
        <w:t xml:space="preserve"> ***</w:t>
      </w:r>
    </w:p>
    <w:p w14:paraId="5A66B0C9" w14:textId="77777777" w:rsidR="003D567D" w:rsidRPr="003D567D" w:rsidRDefault="003D567D" w:rsidP="003D567D">
      <w:pPr>
        <w:spacing w:after="0" w:line="240" w:lineRule="auto"/>
        <w:rPr>
          <w:sz w:val="16"/>
          <w:szCs w:val="16"/>
        </w:rPr>
      </w:pPr>
    </w:p>
    <w:p w14:paraId="724E4650" w14:textId="77777777" w:rsidR="003D567D" w:rsidRPr="0078207C" w:rsidRDefault="00000000" w:rsidP="003D567D">
      <w:pPr>
        <w:spacing w:after="0" w:line="240" w:lineRule="auto"/>
        <w:rPr>
          <w:b/>
          <w:bCs/>
          <w:sz w:val="22"/>
        </w:rPr>
      </w:pPr>
      <w:proofErr w:type="spellStart"/>
      <w:r w:rsidRPr="0078207C">
        <w:rPr>
          <w:b/>
          <w:bCs/>
          <w:sz w:val="22"/>
        </w:rPr>
        <w:t>Zapraszamy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Cię</w:t>
      </w:r>
      <w:proofErr w:type="spellEnd"/>
      <w:r w:rsidRPr="0078207C">
        <w:rPr>
          <w:b/>
          <w:bCs/>
          <w:sz w:val="22"/>
        </w:rPr>
        <w:t xml:space="preserve"> do </w:t>
      </w:r>
      <w:proofErr w:type="spellStart"/>
      <w:r w:rsidRPr="0078207C">
        <w:rPr>
          <w:b/>
          <w:bCs/>
          <w:sz w:val="22"/>
        </w:rPr>
        <w:t>wspólnej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drogi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przygotowania</w:t>
      </w:r>
      <w:proofErr w:type="spellEnd"/>
      <w:r w:rsidRPr="0078207C">
        <w:rPr>
          <w:b/>
          <w:bCs/>
          <w:sz w:val="22"/>
        </w:rPr>
        <w:t xml:space="preserve"> do </w:t>
      </w:r>
      <w:proofErr w:type="spellStart"/>
      <w:r w:rsidRPr="0078207C">
        <w:rPr>
          <w:b/>
          <w:bCs/>
          <w:sz w:val="22"/>
        </w:rPr>
        <w:t>sakramentu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bierzmowania</w:t>
      </w:r>
      <w:proofErr w:type="spellEnd"/>
      <w:r w:rsidRPr="0078207C">
        <w:rPr>
          <w:b/>
          <w:bCs/>
          <w:sz w:val="22"/>
        </w:rPr>
        <w:t>.</w:t>
      </w:r>
      <w:r w:rsidRPr="0078207C">
        <w:rPr>
          <w:b/>
          <w:bCs/>
          <w:sz w:val="22"/>
        </w:rPr>
        <w:br/>
      </w:r>
    </w:p>
    <w:p w14:paraId="4113150C" w14:textId="141B31B2" w:rsidR="003D567D" w:rsidRPr="003D567D" w:rsidRDefault="00000000" w:rsidP="003D567D">
      <w:pPr>
        <w:spacing w:after="0" w:line="240" w:lineRule="auto"/>
        <w:rPr>
          <w:b/>
          <w:bCs/>
          <w:sz w:val="22"/>
        </w:rPr>
      </w:pPr>
      <w:r w:rsidRPr="003D567D">
        <w:rPr>
          <w:b/>
          <w:bCs/>
          <w:sz w:val="22"/>
        </w:rPr>
        <w:t>Rozpoczynamy</w:t>
      </w:r>
      <w:r w:rsidR="003D567D" w:rsidRPr="003D567D">
        <w:rPr>
          <w:b/>
          <w:bCs/>
          <w:sz w:val="22"/>
        </w:rPr>
        <w:t>:</w:t>
      </w:r>
      <w:r w:rsidRPr="003D567D">
        <w:rPr>
          <w:b/>
          <w:bCs/>
          <w:sz w:val="22"/>
        </w:rPr>
        <w:t xml:space="preserve"> </w:t>
      </w:r>
    </w:p>
    <w:p w14:paraId="2B9E1E85" w14:textId="0A7EE490" w:rsidR="005B0C60" w:rsidRPr="0078207C" w:rsidRDefault="00000000" w:rsidP="003D567D">
      <w:pPr>
        <w:spacing w:after="0" w:line="240" w:lineRule="auto"/>
        <w:rPr>
          <w:b/>
          <w:bCs/>
          <w:sz w:val="22"/>
        </w:rPr>
      </w:pPr>
      <w:r w:rsidRPr="0078207C">
        <w:rPr>
          <w:b/>
          <w:bCs/>
          <w:sz w:val="22"/>
        </w:rPr>
        <w:t xml:space="preserve">20 </w:t>
      </w:r>
      <w:proofErr w:type="spellStart"/>
      <w:r w:rsidRPr="0078207C">
        <w:rPr>
          <w:b/>
          <w:bCs/>
          <w:sz w:val="22"/>
        </w:rPr>
        <w:t>września</w:t>
      </w:r>
      <w:proofErr w:type="spellEnd"/>
      <w:r w:rsidRPr="0078207C">
        <w:rPr>
          <w:b/>
          <w:bCs/>
          <w:sz w:val="22"/>
        </w:rPr>
        <w:t xml:space="preserve"> 2026 r. o </w:t>
      </w:r>
      <w:proofErr w:type="spellStart"/>
      <w:r w:rsidRPr="0078207C">
        <w:rPr>
          <w:b/>
          <w:bCs/>
          <w:sz w:val="22"/>
        </w:rPr>
        <w:t>godz</w:t>
      </w:r>
      <w:proofErr w:type="spellEnd"/>
      <w:r w:rsidRPr="0078207C">
        <w:rPr>
          <w:b/>
          <w:bCs/>
          <w:sz w:val="22"/>
        </w:rPr>
        <w:t xml:space="preserve">. 18.00 </w:t>
      </w:r>
      <w:proofErr w:type="spellStart"/>
      <w:r w:rsidRPr="0078207C">
        <w:rPr>
          <w:b/>
          <w:bCs/>
          <w:sz w:val="22"/>
        </w:rPr>
        <w:t>Mszą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Świętą</w:t>
      </w:r>
      <w:proofErr w:type="spellEnd"/>
      <w:r w:rsidRPr="0078207C">
        <w:rPr>
          <w:b/>
          <w:bCs/>
          <w:sz w:val="22"/>
        </w:rPr>
        <w:t xml:space="preserve"> w </w:t>
      </w:r>
      <w:proofErr w:type="spellStart"/>
      <w:r w:rsidRPr="0078207C">
        <w:rPr>
          <w:b/>
          <w:bCs/>
          <w:sz w:val="22"/>
        </w:rPr>
        <w:t>Bazylice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Archikatedralnej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św</w:t>
      </w:r>
      <w:proofErr w:type="spellEnd"/>
      <w:r w:rsidRPr="0078207C">
        <w:rPr>
          <w:b/>
          <w:bCs/>
          <w:sz w:val="22"/>
        </w:rPr>
        <w:t xml:space="preserve">. </w:t>
      </w:r>
      <w:proofErr w:type="spellStart"/>
      <w:r w:rsidRPr="0078207C">
        <w:rPr>
          <w:b/>
          <w:bCs/>
          <w:sz w:val="22"/>
        </w:rPr>
        <w:t>Jakuba</w:t>
      </w:r>
      <w:proofErr w:type="spellEnd"/>
      <w:r w:rsidRPr="0078207C">
        <w:rPr>
          <w:b/>
          <w:bCs/>
          <w:sz w:val="22"/>
        </w:rPr>
        <w:t xml:space="preserve"> w Szczecinie.</w:t>
      </w:r>
    </w:p>
    <w:p w14:paraId="105A744C" w14:textId="77777777" w:rsidR="003D567D" w:rsidRPr="003D567D" w:rsidRDefault="003D567D" w:rsidP="003D567D">
      <w:pPr>
        <w:spacing w:after="0" w:line="240" w:lineRule="auto"/>
        <w:rPr>
          <w:sz w:val="22"/>
        </w:rPr>
      </w:pPr>
    </w:p>
    <w:tbl>
      <w:tblPr>
        <w:tblW w:w="11003" w:type="dxa"/>
        <w:tblLayout w:type="fixed"/>
        <w:tblLook w:val="04A0" w:firstRow="1" w:lastRow="0" w:firstColumn="1" w:lastColumn="0" w:noHBand="0" w:noVBand="1"/>
      </w:tblPr>
      <w:tblGrid>
        <w:gridCol w:w="11003"/>
      </w:tblGrid>
      <w:tr w:rsidR="00BF1AEC" w:rsidRPr="003D567D" w14:paraId="504D2851" w14:textId="77777777" w:rsidTr="003D567D">
        <w:trPr>
          <w:trHeight w:val="5095"/>
        </w:trPr>
        <w:tc>
          <w:tcPr>
            <w:tcW w:w="11003" w:type="dxa"/>
          </w:tcPr>
          <w:p w14:paraId="6C05A9A8" w14:textId="6DA82B09" w:rsidR="00BF1AEC" w:rsidRPr="003D567D" w:rsidRDefault="0078207C" w:rsidP="003D567D">
            <w:pPr>
              <w:spacing w:after="0" w:line="240" w:lineRule="auto"/>
              <w:rPr>
                <w:b/>
                <w:bCs/>
                <w:sz w:val="22"/>
              </w:rPr>
            </w:pPr>
            <w:r w:rsidRPr="0078207C">
              <w:rPr>
                <w:color w:val="C00000"/>
                <w:sz w:val="32"/>
                <w:szCs w:val="32"/>
              </w:rPr>
              <w:sym w:font="Symbol" w:char="F0AE"/>
            </w:r>
            <w:r>
              <w:rPr>
                <w:color w:val="C00000"/>
                <w:sz w:val="22"/>
              </w:rPr>
              <w:t xml:space="preserve"> </w:t>
            </w:r>
            <w:proofErr w:type="spellStart"/>
            <w:r w:rsidR="00BF1AEC" w:rsidRPr="003D567D">
              <w:rPr>
                <w:b/>
                <w:bCs/>
                <w:sz w:val="22"/>
              </w:rPr>
              <w:t>Dlaczego</w:t>
            </w:r>
            <w:proofErr w:type="spellEnd"/>
            <w:r w:rsidR="00BF1AEC" w:rsidRPr="003D567D">
              <w:rPr>
                <w:b/>
                <w:bCs/>
                <w:sz w:val="22"/>
              </w:rPr>
              <w:t xml:space="preserve"> </w:t>
            </w:r>
            <w:proofErr w:type="spellStart"/>
            <w:r w:rsidR="00BF1AEC" w:rsidRPr="003D567D">
              <w:rPr>
                <w:b/>
                <w:bCs/>
                <w:sz w:val="22"/>
              </w:rPr>
              <w:t>warto</w:t>
            </w:r>
            <w:proofErr w:type="spellEnd"/>
            <w:r w:rsidR="00BF1AEC" w:rsidRPr="003D567D">
              <w:rPr>
                <w:b/>
                <w:bCs/>
                <w:sz w:val="22"/>
              </w:rPr>
              <w:t xml:space="preserve"> </w:t>
            </w:r>
            <w:proofErr w:type="spellStart"/>
            <w:r w:rsidR="00BF1AEC" w:rsidRPr="003D567D">
              <w:rPr>
                <w:b/>
                <w:bCs/>
                <w:sz w:val="22"/>
              </w:rPr>
              <w:t>przygotować</w:t>
            </w:r>
            <w:proofErr w:type="spellEnd"/>
            <w:r w:rsidR="00BF1AEC" w:rsidRPr="003D567D">
              <w:rPr>
                <w:b/>
                <w:bCs/>
                <w:sz w:val="22"/>
              </w:rPr>
              <w:t xml:space="preserve"> </w:t>
            </w:r>
            <w:proofErr w:type="spellStart"/>
            <w:r w:rsidR="00BF1AEC" w:rsidRPr="003D567D">
              <w:rPr>
                <w:b/>
                <w:bCs/>
                <w:sz w:val="22"/>
              </w:rPr>
              <w:t>się</w:t>
            </w:r>
            <w:proofErr w:type="spellEnd"/>
            <w:r w:rsidR="00BF1AEC" w:rsidRPr="003D567D">
              <w:rPr>
                <w:b/>
                <w:bCs/>
                <w:sz w:val="22"/>
              </w:rPr>
              <w:t xml:space="preserve"> do </w:t>
            </w:r>
            <w:proofErr w:type="spellStart"/>
            <w:r w:rsidR="00BF1AEC" w:rsidRPr="003D567D">
              <w:rPr>
                <w:b/>
                <w:bCs/>
                <w:sz w:val="22"/>
              </w:rPr>
              <w:t>bierzmowania</w:t>
            </w:r>
            <w:proofErr w:type="spellEnd"/>
            <w:r w:rsidR="00BF1AEC" w:rsidRPr="003D567D">
              <w:rPr>
                <w:b/>
                <w:bCs/>
                <w:sz w:val="22"/>
              </w:rPr>
              <w:t>?</w:t>
            </w:r>
          </w:p>
          <w:p w14:paraId="304A8DF7" w14:textId="72E1672D" w:rsidR="00BF1AEC" w:rsidRDefault="00BF1AEC" w:rsidP="003D567D">
            <w:pPr>
              <w:spacing w:after="0" w:line="240" w:lineRule="auto"/>
              <w:rPr>
                <w:sz w:val="22"/>
              </w:rPr>
            </w:pPr>
            <w:proofErr w:type="spellStart"/>
            <w:r w:rsidRPr="003D567D">
              <w:rPr>
                <w:sz w:val="22"/>
              </w:rPr>
              <w:t>Bierzmowanie</w:t>
            </w:r>
            <w:proofErr w:type="spellEnd"/>
            <w:r w:rsidRPr="003D567D">
              <w:rPr>
                <w:sz w:val="22"/>
              </w:rPr>
              <w:t xml:space="preserve"> to </w:t>
            </w:r>
            <w:proofErr w:type="spellStart"/>
            <w:r w:rsidRPr="003D567D">
              <w:rPr>
                <w:sz w:val="22"/>
              </w:rPr>
              <w:t>coś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więcej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niż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kolejny</w:t>
            </w:r>
            <w:proofErr w:type="spellEnd"/>
            <w:r w:rsidR="003D567D"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sakrament</w:t>
            </w:r>
            <w:proofErr w:type="spellEnd"/>
            <w:r w:rsidRPr="003D567D">
              <w:rPr>
                <w:sz w:val="22"/>
              </w:rPr>
              <w:t xml:space="preserve"> do </w:t>
            </w:r>
            <w:proofErr w:type="spellStart"/>
            <w:r w:rsidRPr="003D567D">
              <w:rPr>
                <w:sz w:val="22"/>
              </w:rPr>
              <w:t>przyjęcia</w:t>
            </w:r>
            <w:proofErr w:type="spellEnd"/>
            <w:r w:rsidRPr="003D567D">
              <w:rPr>
                <w:sz w:val="22"/>
              </w:rPr>
              <w:t xml:space="preserve">. To </w:t>
            </w:r>
            <w:proofErr w:type="spellStart"/>
            <w:r w:rsidRPr="003D567D">
              <w:rPr>
                <w:sz w:val="22"/>
              </w:rPr>
              <w:t>spotkanie</w:t>
            </w:r>
            <w:proofErr w:type="spellEnd"/>
            <w:r w:rsidRPr="003D567D">
              <w:rPr>
                <w:sz w:val="22"/>
              </w:rPr>
              <w:t xml:space="preserve"> z </w:t>
            </w:r>
            <w:proofErr w:type="spellStart"/>
            <w:r w:rsidRPr="003D567D">
              <w:rPr>
                <w:sz w:val="22"/>
              </w:rPr>
              <w:t>Bogiem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otwarcie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się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działanie</w:t>
            </w:r>
            <w:proofErr w:type="spellEnd"/>
            <w:r w:rsidRPr="003D567D">
              <w:rPr>
                <w:sz w:val="22"/>
              </w:rPr>
              <w:t xml:space="preserve"> Ducha </w:t>
            </w:r>
            <w:proofErr w:type="spellStart"/>
            <w:r w:rsidRPr="003D567D">
              <w:rPr>
                <w:sz w:val="22"/>
              </w:rPr>
              <w:t>Świętego</w:t>
            </w:r>
            <w:proofErr w:type="spellEnd"/>
            <w:r w:rsidRPr="003D567D">
              <w:rPr>
                <w:sz w:val="22"/>
              </w:rPr>
              <w:t xml:space="preserve">, </w:t>
            </w:r>
            <w:proofErr w:type="spellStart"/>
            <w:r w:rsidRPr="003D567D">
              <w:rPr>
                <w:sz w:val="22"/>
              </w:rPr>
              <w:t>który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umacnia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nas</w:t>
            </w:r>
            <w:proofErr w:type="spellEnd"/>
            <w:r w:rsidRPr="003D567D">
              <w:rPr>
                <w:sz w:val="22"/>
              </w:rPr>
              <w:t xml:space="preserve"> w </w:t>
            </w:r>
            <w:proofErr w:type="spellStart"/>
            <w:r w:rsidRPr="003D567D">
              <w:rPr>
                <w:sz w:val="22"/>
              </w:rPr>
              <w:t>wierze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pomaga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nam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żyć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nią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</w:t>
            </w:r>
            <w:proofErr w:type="spellEnd"/>
            <w:r w:rsidRPr="003D567D">
              <w:rPr>
                <w:sz w:val="22"/>
              </w:rPr>
              <w:t xml:space="preserve"> co </w:t>
            </w:r>
            <w:proofErr w:type="spellStart"/>
            <w:r w:rsidRPr="003D567D">
              <w:rPr>
                <w:sz w:val="22"/>
              </w:rPr>
              <w:t>dzień</w:t>
            </w:r>
            <w:proofErr w:type="spellEnd"/>
            <w:r w:rsidRPr="003D567D">
              <w:rPr>
                <w:sz w:val="22"/>
              </w:rPr>
              <w:t>.</w:t>
            </w:r>
            <w:r w:rsidRPr="003D567D">
              <w:rPr>
                <w:sz w:val="22"/>
              </w:rPr>
              <w:br/>
            </w:r>
            <w:r w:rsidRPr="003D567D">
              <w:rPr>
                <w:sz w:val="22"/>
              </w:rPr>
              <w:br/>
            </w:r>
            <w:proofErr w:type="spellStart"/>
            <w:r w:rsidRPr="003D567D">
              <w:rPr>
                <w:sz w:val="22"/>
              </w:rPr>
              <w:t>Chcemy</w:t>
            </w:r>
            <w:proofErr w:type="spellEnd"/>
            <w:r w:rsidRPr="003D567D">
              <w:rPr>
                <w:sz w:val="22"/>
              </w:rPr>
              <w:t xml:space="preserve">, aby </w:t>
            </w:r>
            <w:proofErr w:type="spellStart"/>
            <w:r w:rsidRPr="003D567D">
              <w:rPr>
                <w:sz w:val="22"/>
              </w:rPr>
              <w:t>przygotowanie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było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tylko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spełnieniem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wymagań</w:t>
            </w:r>
            <w:proofErr w:type="spellEnd"/>
            <w:r w:rsidRPr="003D567D">
              <w:rPr>
                <w:sz w:val="22"/>
              </w:rPr>
              <w:t xml:space="preserve">. Ma </w:t>
            </w:r>
            <w:proofErr w:type="spellStart"/>
            <w:r w:rsidRPr="003D567D">
              <w:rPr>
                <w:sz w:val="22"/>
              </w:rPr>
              <w:t>być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czasem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zatrzymania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się</w:t>
            </w:r>
            <w:proofErr w:type="spellEnd"/>
            <w:r w:rsidRPr="003D567D">
              <w:rPr>
                <w:sz w:val="22"/>
              </w:rPr>
              <w:t xml:space="preserve">, </w:t>
            </w:r>
            <w:proofErr w:type="spellStart"/>
            <w:r w:rsidRPr="003D567D">
              <w:rPr>
                <w:sz w:val="22"/>
              </w:rPr>
              <w:t>zadania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sobie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ważnych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pytań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odkrywania</w:t>
            </w:r>
            <w:proofErr w:type="spellEnd"/>
            <w:r w:rsidRPr="003D567D">
              <w:rPr>
                <w:sz w:val="22"/>
              </w:rPr>
              <w:t xml:space="preserve">, co </w:t>
            </w:r>
            <w:proofErr w:type="spellStart"/>
            <w:r w:rsidRPr="003D567D">
              <w:rPr>
                <w:sz w:val="22"/>
              </w:rPr>
              <w:t>wiara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relacja</w:t>
            </w:r>
            <w:proofErr w:type="spellEnd"/>
            <w:r w:rsidRPr="003D567D">
              <w:rPr>
                <w:sz w:val="22"/>
              </w:rPr>
              <w:t xml:space="preserve"> z </w:t>
            </w:r>
            <w:proofErr w:type="spellStart"/>
            <w:r w:rsidRPr="003D567D">
              <w:rPr>
                <w:sz w:val="22"/>
              </w:rPr>
              <w:t>Bogiem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znaczą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dla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mnie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dzisiaj</w:t>
            </w:r>
            <w:proofErr w:type="spellEnd"/>
            <w:r w:rsidRPr="003D567D">
              <w:rPr>
                <w:sz w:val="22"/>
              </w:rPr>
              <w:t>.</w:t>
            </w:r>
            <w:r w:rsidRPr="003D567D">
              <w:rPr>
                <w:sz w:val="22"/>
              </w:rPr>
              <w:br/>
            </w:r>
            <w:r w:rsidRPr="003D567D">
              <w:rPr>
                <w:sz w:val="22"/>
              </w:rPr>
              <w:br/>
              <w:t xml:space="preserve">To </w:t>
            </w:r>
            <w:proofErr w:type="spellStart"/>
            <w:r w:rsidRPr="003D567D">
              <w:rPr>
                <w:sz w:val="22"/>
              </w:rPr>
              <w:t>świadoma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decyzja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osoby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dorosłej</w:t>
            </w:r>
            <w:proofErr w:type="spellEnd"/>
            <w:r w:rsidRPr="003D567D">
              <w:rPr>
                <w:sz w:val="22"/>
              </w:rPr>
              <w:t xml:space="preserve">, </w:t>
            </w:r>
            <w:proofErr w:type="spellStart"/>
            <w:r w:rsidRPr="003D567D">
              <w:rPr>
                <w:sz w:val="22"/>
              </w:rPr>
              <w:t>która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chce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bardziej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otworzyć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się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</w:t>
            </w:r>
            <w:proofErr w:type="spellEnd"/>
            <w:r w:rsidRPr="003D567D">
              <w:rPr>
                <w:sz w:val="22"/>
              </w:rPr>
              <w:t xml:space="preserve"> Boga </w:t>
            </w:r>
            <w:proofErr w:type="spellStart"/>
            <w:r w:rsidRPr="003D567D">
              <w:rPr>
                <w:sz w:val="22"/>
              </w:rPr>
              <w:t>i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rozwijać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swoje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życie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wiary</w:t>
            </w:r>
            <w:proofErr w:type="spellEnd"/>
            <w:r w:rsidRPr="003D567D">
              <w:rPr>
                <w:sz w:val="22"/>
              </w:rPr>
              <w:t>.</w:t>
            </w:r>
          </w:p>
          <w:p w14:paraId="10F7E8C7" w14:textId="77777777" w:rsidR="003D567D" w:rsidRPr="003D567D" w:rsidRDefault="003D567D" w:rsidP="003D567D">
            <w:pPr>
              <w:spacing w:after="0" w:line="240" w:lineRule="auto"/>
              <w:rPr>
                <w:sz w:val="22"/>
              </w:rPr>
            </w:pPr>
          </w:p>
          <w:p w14:paraId="373500FE" w14:textId="59AA19AF" w:rsidR="00BF1AEC" w:rsidRDefault="0078207C" w:rsidP="003D567D">
            <w:pPr>
              <w:spacing w:after="0" w:line="240" w:lineRule="auto"/>
              <w:rPr>
                <w:b/>
                <w:bCs/>
                <w:sz w:val="22"/>
              </w:rPr>
            </w:pPr>
            <w:r w:rsidRPr="0078207C">
              <w:rPr>
                <w:color w:val="C00000"/>
                <w:sz w:val="32"/>
                <w:szCs w:val="32"/>
              </w:rPr>
              <w:sym w:font="Symbol" w:char="F0AE"/>
            </w:r>
            <w:r w:rsidRPr="0078207C">
              <w:rPr>
                <w:color w:val="C00000"/>
                <w:sz w:val="32"/>
                <w:szCs w:val="32"/>
              </w:rPr>
              <w:t xml:space="preserve"> </w:t>
            </w:r>
            <w:r w:rsidR="00BF1AEC" w:rsidRPr="003D567D">
              <w:rPr>
                <w:b/>
                <w:bCs/>
                <w:sz w:val="22"/>
              </w:rPr>
              <w:t xml:space="preserve">Jak </w:t>
            </w:r>
            <w:proofErr w:type="spellStart"/>
            <w:r w:rsidR="00BF1AEC" w:rsidRPr="003D567D">
              <w:rPr>
                <w:b/>
                <w:bCs/>
                <w:sz w:val="22"/>
              </w:rPr>
              <w:t>będzie</w:t>
            </w:r>
            <w:proofErr w:type="spellEnd"/>
            <w:r w:rsidR="00BF1AEC" w:rsidRPr="003D567D">
              <w:rPr>
                <w:b/>
                <w:bCs/>
                <w:sz w:val="22"/>
              </w:rPr>
              <w:t xml:space="preserve"> </w:t>
            </w:r>
            <w:proofErr w:type="spellStart"/>
            <w:r w:rsidR="00BF1AEC" w:rsidRPr="003D567D">
              <w:rPr>
                <w:b/>
                <w:bCs/>
                <w:sz w:val="22"/>
              </w:rPr>
              <w:t>wyglądało</w:t>
            </w:r>
            <w:proofErr w:type="spellEnd"/>
            <w:r w:rsidR="00BF1AEC" w:rsidRPr="003D567D">
              <w:rPr>
                <w:b/>
                <w:bCs/>
                <w:sz w:val="22"/>
              </w:rPr>
              <w:t xml:space="preserve"> </w:t>
            </w:r>
            <w:proofErr w:type="spellStart"/>
            <w:r w:rsidR="00BF1AEC" w:rsidRPr="003D567D">
              <w:rPr>
                <w:b/>
                <w:bCs/>
                <w:sz w:val="22"/>
              </w:rPr>
              <w:t>przygotowanie</w:t>
            </w:r>
            <w:proofErr w:type="spellEnd"/>
            <w:r w:rsidR="00BF1AEC" w:rsidRPr="003D567D">
              <w:rPr>
                <w:b/>
                <w:bCs/>
                <w:sz w:val="22"/>
              </w:rPr>
              <w:t>?</w:t>
            </w:r>
          </w:p>
          <w:p w14:paraId="0B2DE0F8" w14:textId="77777777" w:rsidR="003D567D" w:rsidRPr="003D567D" w:rsidRDefault="003D567D" w:rsidP="003D567D">
            <w:pPr>
              <w:spacing w:after="0" w:line="240" w:lineRule="auto"/>
              <w:rPr>
                <w:b/>
                <w:bCs/>
                <w:sz w:val="22"/>
              </w:rPr>
            </w:pPr>
          </w:p>
          <w:p w14:paraId="0773D5F6" w14:textId="5DA41631" w:rsidR="00BF1AEC" w:rsidRPr="003D567D" w:rsidRDefault="00BF1AEC" w:rsidP="003D567D">
            <w:pPr>
              <w:spacing w:after="0" w:line="240" w:lineRule="auto"/>
              <w:rPr>
                <w:sz w:val="22"/>
              </w:rPr>
            </w:pPr>
            <w:r w:rsidRPr="003D567D">
              <w:rPr>
                <w:sz w:val="22"/>
              </w:rPr>
              <w:t xml:space="preserve">• 7 </w:t>
            </w:r>
            <w:proofErr w:type="spellStart"/>
            <w:r w:rsidRPr="003D567D">
              <w:rPr>
                <w:sz w:val="22"/>
              </w:rPr>
              <w:t>spotkań</w:t>
            </w:r>
            <w:proofErr w:type="spellEnd"/>
            <w:r w:rsidRPr="003D567D">
              <w:rPr>
                <w:sz w:val="22"/>
              </w:rPr>
              <w:t xml:space="preserve"> w </w:t>
            </w:r>
            <w:proofErr w:type="spellStart"/>
            <w:r w:rsidRPr="003D567D">
              <w:rPr>
                <w:sz w:val="22"/>
              </w:rPr>
              <w:t>grupie</w:t>
            </w:r>
            <w:proofErr w:type="spellEnd"/>
            <w:r w:rsidRPr="003D567D">
              <w:rPr>
                <w:sz w:val="22"/>
              </w:rPr>
              <w:br/>
              <w:t xml:space="preserve">• </w:t>
            </w:r>
            <w:proofErr w:type="spellStart"/>
            <w:r w:rsidRPr="003D567D">
              <w:rPr>
                <w:sz w:val="22"/>
              </w:rPr>
              <w:t>około</w:t>
            </w:r>
            <w:proofErr w:type="spellEnd"/>
            <w:r w:rsidRPr="003D567D">
              <w:rPr>
                <w:sz w:val="22"/>
              </w:rPr>
              <w:t xml:space="preserve"> 15 </w:t>
            </w:r>
            <w:proofErr w:type="spellStart"/>
            <w:r w:rsidRPr="003D567D">
              <w:rPr>
                <w:sz w:val="22"/>
              </w:rPr>
              <w:t>lub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więcej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indywidualnych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spotkań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żywo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</w:t>
            </w:r>
            <w:proofErr w:type="spellEnd"/>
            <w:r w:rsidRPr="003D567D">
              <w:rPr>
                <w:sz w:val="22"/>
              </w:rPr>
              <w:t xml:space="preserve"> online z </w:t>
            </w:r>
            <w:proofErr w:type="spellStart"/>
            <w:r w:rsidRPr="003D567D">
              <w:rPr>
                <w:sz w:val="22"/>
              </w:rPr>
              <w:t>katechistą</w:t>
            </w:r>
            <w:proofErr w:type="spellEnd"/>
            <w:r w:rsidRPr="003D567D">
              <w:rPr>
                <w:sz w:val="22"/>
              </w:rPr>
              <w:br/>
            </w:r>
            <w:r w:rsidR="003D567D">
              <w:rPr>
                <w:sz w:val="22"/>
              </w:rPr>
              <w:t xml:space="preserve">            *</w:t>
            </w:r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wszystkie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spotkania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są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obowiązkowe</w:t>
            </w:r>
            <w:proofErr w:type="spellEnd"/>
            <w:r w:rsidRPr="003D567D">
              <w:rPr>
                <w:sz w:val="22"/>
              </w:rPr>
              <w:br/>
            </w:r>
            <w:r w:rsidRPr="003D567D">
              <w:rPr>
                <w:sz w:val="22"/>
              </w:rPr>
              <w:br/>
            </w:r>
            <w:proofErr w:type="spellStart"/>
            <w:r w:rsidRPr="003D567D">
              <w:rPr>
                <w:sz w:val="22"/>
              </w:rPr>
              <w:t>Jeśli</w:t>
            </w:r>
            <w:proofErr w:type="spellEnd"/>
            <w:r w:rsidRPr="003D567D">
              <w:rPr>
                <w:sz w:val="22"/>
              </w:rPr>
              <w:t xml:space="preserve"> z </w:t>
            </w:r>
            <w:proofErr w:type="spellStart"/>
            <w:r w:rsidRPr="003D567D">
              <w:rPr>
                <w:sz w:val="22"/>
              </w:rPr>
              <w:t>ważnego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powodu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możesz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pojawić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się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spotkaniu</w:t>
            </w:r>
            <w:proofErr w:type="spellEnd"/>
            <w:r w:rsidR="003D567D">
              <w:rPr>
                <w:sz w:val="22"/>
              </w:rPr>
              <w:t xml:space="preserve"> </w:t>
            </w:r>
            <w:proofErr w:type="spellStart"/>
            <w:r w:rsidR="003D567D">
              <w:rPr>
                <w:sz w:val="22"/>
              </w:rPr>
              <w:t>wspólnym</w:t>
            </w:r>
            <w:proofErr w:type="spellEnd"/>
            <w:r w:rsidRPr="003D567D">
              <w:rPr>
                <w:sz w:val="22"/>
              </w:rPr>
              <w:t xml:space="preserve">, </w:t>
            </w:r>
            <w:proofErr w:type="spellStart"/>
            <w:r w:rsidRPr="003D567D">
              <w:rPr>
                <w:sz w:val="22"/>
              </w:rPr>
              <w:t>będzie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możliwość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uzupełnienia</w:t>
            </w:r>
            <w:proofErr w:type="spellEnd"/>
            <w:r w:rsidRPr="003D567D">
              <w:rPr>
                <w:sz w:val="22"/>
              </w:rPr>
              <w:t xml:space="preserve"> go </w:t>
            </w:r>
            <w:proofErr w:type="spellStart"/>
            <w:r w:rsidRPr="003D567D">
              <w:rPr>
                <w:sz w:val="22"/>
              </w:rPr>
              <w:t>podczas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dodatkowego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spotkania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indywidualnego</w:t>
            </w:r>
            <w:proofErr w:type="spellEnd"/>
            <w:r w:rsidRPr="003D567D">
              <w:rPr>
                <w:sz w:val="22"/>
              </w:rPr>
              <w:t>.</w:t>
            </w:r>
            <w:r w:rsidRPr="003D567D">
              <w:rPr>
                <w:sz w:val="22"/>
              </w:rPr>
              <w:br/>
            </w:r>
            <w:r w:rsidRPr="003D567D">
              <w:rPr>
                <w:sz w:val="22"/>
              </w:rPr>
              <w:br/>
            </w:r>
            <w:r w:rsidR="004033DA" w:rsidRPr="003D567D">
              <w:rPr>
                <w:sz w:val="22"/>
              </w:rPr>
              <w:t xml:space="preserve">W </w:t>
            </w:r>
            <w:proofErr w:type="spellStart"/>
            <w:r w:rsidR="004033DA" w:rsidRPr="003D567D">
              <w:rPr>
                <w:sz w:val="22"/>
              </w:rPr>
              <w:t>trakcie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przygotowania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="00101EE9">
              <w:rPr>
                <w:sz w:val="22"/>
              </w:rPr>
              <w:t>zadecydujemy</w:t>
            </w:r>
            <w:proofErr w:type="spellEnd"/>
            <w:r w:rsidR="00101EE9">
              <w:rPr>
                <w:sz w:val="22"/>
              </w:rPr>
              <w:t xml:space="preserve"> </w:t>
            </w:r>
            <w:proofErr w:type="spellStart"/>
            <w:r w:rsidR="00101EE9">
              <w:rPr>
                <w:sz w:val="22"/>
              </w:rPr>
              <w:t>wraz</w:t>
            </w:r>
            <w:proofErr w:type="spellEnd"/>
            <w:r w:rsidR="00101EE9">
              <w:rPr>
                <w:sz w:val="22"/>
              </w:rPr>
              <w:t xml:space="preserve"> z </w:t>
            </w:r>
            <w:proofErr w:type="spellStart"/>
            <w:r w:rsidR="00101EE9">
              <w:rPr>
                <w:sz w:val="22"/>
              </w:rPr>
              <w:t>kandydatem</w:t>
            </w:r>
            <w:proofErr w:type="spellEnd"/>
            <w:r w:rsidRPr="003D567D">
              <w:rPr>
                <w:sz w:val="22"/>
              </w:rPr>
              <w:t xml:space="preserve">, </w:t>
            </w:r>
            <w:proofErr w:type="spellStart"/>
            <w:r w:rsidRPr="003D567D">
              <w:rPr>
                <w:sz w:val="22"/>
              </w:rPr>
              <w:t>czy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kandydat</w:t>
            </w:r>
            <w:proofErr w:type="spellEnd"/>
            <w:r w:rsidRPr="003D567D">
              <w:rPr>
                <w:sz w:val="22"/>
              </w:rPr>
              <w:t xml:space="preserve"> jest </w:t>
            </w:r>
            <w:proofErr w:type="spellStart"/>
            <w:r w:rsidRPr="003D567D">
              <w:rPr>
                <w:sz w:val="22"/>
              </w:rPr>
              <w:t>gotowy</w:t>
            </w:r>
            <w:proofErr w:type="spellEnd"/>
            <w:r w:rsidRPr="003D567D">
              <w:rPr>
                <w:sz w:val="22"/>
              </w:rPr>
              <w:t xml:space="preserve"> do </w:t>
            </w:r>
            <w:proofErr w:type="spellStart"/>
            <w:r w:rsidRPr="003D567D">
              <w:rPr>
                <w:sz w:val="22"/>
              </w:rPr>
              <w:t>przyjęcia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bierzmowania</w:t>
            </w:r>
            <w:proofErr w:type="spellEnd"/>
            <w:r w:rsidRPr="003D567D">
              <w:rPr>
                <w:sz w:val="22"/>
              </w:rPr>
              <w:t xml:space="preserve"> w</w:t>
            </w:r>
            <w:r w:rsid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zaplanowanym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terminie</w:t>
            </w:r>
            <w:proofErr w:type="spellEnd"/>
            <w:r w:rsidRPr="003D567D">
              <w:rPr>
                <w:sz w:val="22"/>
              </w:rPr>
              <w:t xml:space="preserve"> (np. </w:t>
            </w:r>
            <w:proofErr w:type="spellStart"/>
            <w:r w:rsidRPr="003D567D">
              <w:rPr>
                <w:sz w:val="22"/>
              </w:rPr>
              <w:t>czy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nie</w:t>
            </w:r>
            <w:proofErr w:type="spellEnd"/>
            <w:r w:rsidRPr="003D567D">
              <w:rPr>
                <w:sz w:val="22"/>
              </w:rPr>
              <w:t xml:space="preserve"> ma </w:t>
            </w:r>
            <w:proofErr w:type="spellStart"/>
            <w:r w:rsidRPr="003D567D">
              <w:rPr>
                <w:sz w:val="22"/>
              </w:rPr>
              <w:t>przeszkód</w:t>
            </w:r>
            <w:proofErr w:type="spellEnd"/>
            <w:r w:rsidRPr="003D567D">
              <w:rPr>
                <w:sz w:val="22"/>
              </w:rPr>
              <w:t xml:space="preserve"> </w:t>
            </w:r>
            <w:proofErr w:type="spellStart"/>
            <w:r w:rsidRPr="003D567D">
              <w:rPr>
                <w:sz w:val="22"/>
              </w:rPr>
              <w:t>kanonicznych</w:t>
            </w:r>
            <w:proofErr w:type="spellEnd"/>
            <w:r w:rsidRPr="003D567D">
              <w:rPr>
                <w:sz w:val="22"/>
              </w:rPr>
              <w:t>).</w:t>
            </w:r>
          </w:p>
        </w:tc>
      </w:tr>
      <w:tr w:rsidR="003D567D" w:rsidRPr="003D567D" w14:paraId="0F361E9B" w14:textId="77777777" w:rsidTr="003D567D">
        <w:trPr>
          <w:trHeight w:val="248"/>
        </w:trPr>
        <w:tc>
          <w:tcPr>
            <w:tcW w:w="11003" w:type="dxa"/>
          </w:tcPr>
          <w:p w14:paraId="784F2472" w14:textId="77777777" w:rsidR="003D567D" w:rsidRPr="003D567D" w:rsidRDefault="003D567D" w:rsidP="003D567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</w:tr>
    </w:tbl>
    <w:p w14:paraId="3B1087F6" w14:textId="5AFA8249" w:rsidR="005B0C60" w:rsidRPr="0078207C" w:rsidRDefault="0078207C" w:rsidP="003D567D">
      <w:pPr>
        <w:spacing w:after="0" w:line="240" w:lineRule="auto"/>
        <w:rPr>
          <w:b/>
          <w:bCs/>
          <w:sz w:val="22"/>
          <w:u w:val="single"/>
        </w:rPr>
      </w:pPr>
      <w:r w:rsidRPr="0078207C">
        <w:rPr>
          <w:color w:val="C00000"/>
          <w:sz w:val="32"/>
          <w:szCs w:val="32"/>
        </w:rPr>
        <w:sym w:font="Symbol" w:char="F0AE"/>
      </w:r>
      <w:r w:rsidRPr="0078207C">
        <w:rPr>
          <w:color w:val="C00000"/>
          <w:sz w:val="32"/>
          <w:szCs w:val="32"/>
        </w:rPr>
        <w:t xml:space="preserve"> </w:t>
      </w:r>
      <w:proofErr w:type="spellStart"/>
      <w:r w:rsidRPr="0078207C">
        <w:rPr>
          <w:b/>
          <w:bCs/>
          <w:sz w:val="22"/>
          <w:u w:val="single"/>
        </w:rPr>
        <w:t>Terminy</w:t>
      </w:r>
      <w:proofErr w:type="spellEnd"/>
      <w:r w:rsidRPr="0078207C">
        <w:rPr>
          <w:b/>
          <w:bCs/>
          <w:sz w:val="22"/>
          <w:u w:val="single"/>
        </w:rPr>
        <w:t xml:space="preserve"> </w:t>
      </w:r>
      <w:proofErr w:type="spellStart"/>
      <w:r w:rsidRPr="0078207C">
        <w:rPr>
          <w:b/>
          <w:bCs/>
          <w:sz w:val="22"/>
          <w:u w:val="single"/>
        </w:rPr>
        <w:t>ka</w:t>
      </w:r>
      <w:r>
        <w:rPr>
          <w:b/>
          <w:bCs/>
          <w:sz w:val="22"/>
          <w:u w:val="single"/>
        </w:rPr>
        <w:t>techez</w:t>
      </w:r>
      <w:proofErr w:type="spellEnd"/>
      <w:r w:rsidR="003D567D" w:rsidRPr="0078207C">
        <w:rPr>
          <w:b/>
          <w:bCs/>
          <w:sz w:val="22"/>
          <w:u w:val="single"/>
        </w:rPr>
        <w:t>:</w:t>
      </w:r>
    </w:p>
    <w:p w14:paraId="0216F46B" w14:textId="77777777" w:rsidR="003D567D" w:rsidRPr="003D567D" w:rsidRDefault="003D567D" w:rsidP="003D567D">
      <w:pPr>
        <w:spacing w:after="0" w:line="240" w:lineRule="auto"/>
        <w:rPr>
          <w:b/>
          <w:bCs/>
          <w:sz w:val="22"/>
        </w:rPr>
      </w:pPr>
    </w:p>
    <w:p w14:paraId="273F0B0C" w14:textId="5692F5FE" w:rsidR="004033DA" w:rsidRPr="003D567D" w:rsidRDefault="00000000" w:rsidP="003D567D">
      <w:pPr>
        <w:spacing w:after="0" w:line="240" w:lineRule="auto"/>
        <w:rPr>
          <w:b/>
          <w:bCs/>
          <w:sz w:val="22"/>
        </w:rPr>
      </w:pPr>
      <w:proofErr w:type="spellStart"/>
      <w:r w:rsidRPr="003D567D">
        <w:rPr>
          <w:b/>
          <w:bCs/>
          <w:sz w:val="22"/>
        </w:rPr>
        <w:t>Niedziele</w:t>
      </w:r>
      <w:proofErr w:type="spellEnd"/>
      <w:r w:rsidRPr="003D567D">
        <w:rPr>
          <w:b/>
          <w:bCs/>
          <w:sz w:val="22"/>
        </w:rPr>
        <w:t xml:space="preserve">, </w:t>
      </w:r>
      <w:proofErr w:type="spellStart"/>
      <w:r w:rsidRPr="003D567D">
        <w:rPr>
          <w:b/>
          <w:bCs/>
          <w:sz w:val="22"/>
        </w:rPr>
        <w:t>godz</w:t>
      </w:r>
      <w:proofErr w:type="spellEnd"/>
      <w:r w:rsidRPr="003D567D">
        <w:rPr>
          <w:b/>
          <w:bCs/>
          <w:sz w:val="22"/>
        </w:rPr>
        <w:t>. 17.15</w:t>
      </w:r>
      <w:r w:rsidR="0078207C">
        <w:rPr>
          <w:b/>
          <w:bCs/>
          <w:sz w:val="22"/>
        </w:rPr>
        <w:t xml:space="preserve"> </w:t>
      </w:r>
      <w:r w:rsidR="0078207C" w:rsidRPr="0078207C">
        <w:rPr>
          <w:sz w:val="22"/>
        </w:rPr>
        <w:t>(</w:t>
      </w:r>
      <w:proofErr w:type="spellStart"/>
      <w:r w:rsidR="0078207C" w:rsidRPr="0078207C">
        <w:rPr>
          <w:sz w:val="22"/>
        </w:rPr>
        <w:t>katechezy</w:t>
      </w:r>
      <w:proofErr w:type="spellEnd"/>
      <w:r w:rsidR="0078207C" w:rsidRPr="0078207C">
        <w:rPr>
          <w:sz w:val="22"/>
        </w:rPr>
        <w:t xml:space="preserve"> </w:t>
      </w:r>
      <w:proofErr w:type="spellStart"/>
      <w:r w:rsidR="0078207C" w:rsidRPr="0078207C">
        <w:rPr>
          <w:sz w:val="22"/>
        </w:rPr>
        <w:t>wspólne</w:t>
      </w:r>
      <w:proofErr w:type="spellEnd"/>
      <w:r w:rsidR="0078207C" w:rsidRPr="0078207C">
        <w:rPr>
          <w:sz w:val="22"/>
        </w:rPr>
        <w:t>)</w:t>
      </w:r>
      <w:r w:rsidRPr="003D567D">
        <w:rPr>
          <w:b/>
          <w:bCs/>
          <w:sz w:val="22"/>
        </w:rPr>
        <w:br/>
      </w:r>
      <w:proofErr w:type="spellStart"/>
      <w:r w:rsidRPr="003D567D">
        <w:rPr>
          <w:b/>
          <w:bCs/>
          <w:sz w:val="22"/>
        </w:rPr>
        <w:t>Wrzesień</w:t>
      </w:r>
      <w:proofErr w:type="spellEnd"/>
      <w:r w:rsidRPr="003D567D">
        <w:rPr>
          <w:b/>
          <w:bCs/>
          <w:sz w:val="22"/>
        </w:rPr>
        <w:t xml:space="preserve">: 27 IX   |   </w:t>
      </w:r>
      <w:proofErr w:type="spellStart"/>
      <w:r w:rsidRPr="003D567D">
        <w:rPr>
          <w:b/>
          <w:bCs/>
          <w:sz w:val="22"/>
        </w:rPr>
        <w:t>Październik</w:t>
      </w:r>
      <w:proofErr w:type="spellEnd"/>
      <w:r w:rsidRPr="003D567D">
        <w:rPr>
          <w:b/>
          <w:bCs/>
          <w:sz w:val="22"/>
        </w:rPr>
        <w:t xml:space="preserve">: 4 X, 18 X   |   Listopad: 8 XI, 29 XI   |   </w:t>
      </w:r>
      <w:proofErr w:type="spellStart"/>
      <w:r w:rsidRPr="003D567D">
        <w:rPr>
          <w:b/>
          <w:bCs/>
          <w:sz w:val="22"/>
        </w:rPr>
        <w:t>Grudzień</w:t>
      </w:r>
      <w:proofErr w:type="spellEnd"/>
      <w:r w:rsidRPr="003D567D">
        <w:rPr>
          <w:b/>
          <w:bCs/>
          <w:sz w:val="22"/>
        </w:rPr>
        <w:t>: 6 XII</w:t>
      </w:r>
      <w:r w:rsidR="00CF3339">
        <w:rPr>
          <w:b/>
          <w:bCs/>
          <w:sz w:val="22"/>
        </w:rPr>
        <w:t>, 13 XII</w:t>
      </w:r>
    </w:p>
    <w:p w14:paraId="67B7D3B4" w14:textId="77777777" w:rsidR="003D567D" w:rsidRPr="003D567D" w:rsidRDefault="00000000" w:rsidP="003D567D">
      <w:pPr>
        <w:spacing w:after="0" w:line="240" w:lineRule="auto"/>
        <w:rPr>
          <w:sz w:val="22"/>
        </w:rPr>
      </w:pPr>
      <w:r w:rsidRPr="003D567D">
        <w:rPr>
          <w:sz w:val="22"/>
        </w:rPr>
        <w:br/>
      </w:r>
      <w:proofErr w:type="spellStart"/>
      <w:r w:rsidRPr="003D567D">
        <w:rPr>
          <w:sz w:val="22"/>
        </w:rPr>
        <w:t>Oprócz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tego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umawiamy</w:t>
      </w:r>
      <w:proofErr w:type="spellEnd"/>
      <w:r w:rsidRPr="003D567D">
        <w:rPr>
          <w:sz w:val="22"/>
        </w:rPr>
        <w:t xml:space="preserve"> </w:t>
      </w:r>
      <w:r w:rsidR="004033DA" w:rsidRPr="0078207C">
        <w:rPr>
          <w:b/>
          <w:bCs/>
          <w:sz w:val="22"/>
        </w:rPr>
        <w:t>ok</w:t>
      </w:r>
      <w:r w:rsidR="004033DA" w:rsidRPr="003D567D">
        <w:rPr>
          <w:sz w:val="22"/>
        </w:rPr>
        <w:t xml:space="preserve">. </w:t>
      </w:r>
      <w:r w:rsidRPr="0078207C">
        <w:rPr>
          <w:b/>
          <w:bCs/>
          <w:sz w:val="22"/>
        </w:rPr>
        <w:t xml:space="preserve">15 </w:t>
      </w:r>
      <w:proofErr w:type="spellStart"/>
      <w:r w:rsidRPr="0078207C">
        <w:rPr>
          <w:b/>
          <w:bCs/>
          <w:sz w:val="22"/>
        </w:rPr>
        <w:t>indywidualnych</w:t>
      </w:r>
      <w:proofErr w:type="spellEnd"/>
      <w:r w:rsidRPr="0078207C">
        <w:rPr>
          <w:b/>
          <w:bCs/>
          <w:sz w:val="22"/>
        </w:rPr>
        <w:t xml:space="preserve"> </w:t>
      </w:r>
      <w:proofErr w:type="spellStart"/>
      <w:r w:rsidRPr="0078207C">
        <w:rPr>
          <w:b/>
          <w:bCs/>
          <w:sz w:val="22"/>
        </w:rPr>
        <w:t>spotkań</w:t>
      </w:r>
      <w:proofErr w:type="spellEnd"/>
      <w:r w:rsidRPr="003D567D">
        <w:rPr>
          <w:sz w:val="22"/>
        </w:rPr>
        <w:t xml:space="preserve"> z </w:t>
      </w:r>
      <w:proofErr w:type="spellStart"/>
      <w:r w:rsidRPr="003D567D">
        <w:rPr>
          <w:sz w:val="22"/>
        </w:rPr>
        <w:t>siostrą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katechistką</w:t>
      </w:r>
      <w:proofErr w:type="spellEnd"/>
      <w:r w:rsidRPr="003D567D">
        <w:rPr>
          <w:sz w:val="22"/>
        </w:rPr>
        <w:t xml:space="preserve"> – </w:t>
      </w:r>
    </w:p>
    <w:p w14:paraId="043CCEB9" w14:textId="2624AAC3" w:rsidR="005B0C60" w:rsidRPr="003D567D" w:rsidRDefault="00000000" w:rsidP="003D567D">
      <w:pPr>
        <w:spacing w:after="0" w:line="240" w:lineRule="auto"/>
        <w:rPr>
          <w:sz w:val="22"/>
        </w:rPr>
      </w:pPr>
      <w:r w:rsidRPr="003D567D">
        <w:rPr>
          <w:sz w:val="22"/>
        </w:rPr>
        <w:t xml:space="preserve">ich </w:t>
      </w:r>
      <w:proofErr w:type="spellStart"/>
      <w:r w:rsidRPr="003D567D">
        <w:rPr>
          <w:sz w:val="22"/>
        </w:rPr>
        <w:t>terminy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ustalamy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indywidualnie</w:t>
      </w:r>
      <w:proofErr w:type="spellEnd"/>
      <w:r w:rsidRPr="003D567D">
        <w:rPr>
          <w:sz w:val="22"/>
        </w:rPr>
        <w:t>.</w:t>
      </w:r>
    </w:p>
    <w:p w14:paraId="2272D190" w14:textId="77777777" w:rsidR="004033DA" w:rsidRPr="003D567D" w:rsidRDefault="004033DA" w:rsidP="003D567D">
      <w:pPr>
        <w:spacing w:after="0" w:line="240" w:lineRule="auto"/>
        <w:rPr>
          <w:sz w:val="22"/>
        </w:rPr>
      </w:pPr>
    </w:p>
    <w:p w14:paraId="17E9503B" w14:textId="77777777" w:rsidR="0078207C" w:rsidRDefault="0078207C" w:rsidP="003D567D">
      <w:pPr>
        <w:spacing w:after="0" w:line="240" w:lineRule="auto"/>
        <w:rPr>
          <w:b/>
          <w:bCs/>
          <w:sz w:val="22"/>
        </w:rPr>
      </w:pPr>
      <w:r w:rsidRPr="0078207C">
        <w:rPr>
          <w:color w:val="C00000"/>
          <w:sz w:val="32"/>
          <w:szCs w:val="32"/>
        </w:rPr>
        <w:sym w:font="Symbol" w:char="F0AE"/>
      </w:r>
      <w:r>
        <w:rPr>
          <w:color w:val="C00000"/>
          <w:sz w:val="22"/>
        </w:rPr>
        <w:t xml:space="preserve"> </w:t>
      </w:r>
      <w:r w:rsidR="00BF1AEC" w:rsidRPr="003D567D">
        <w:rPr>
          <w:b/>
          <w:bCs/>
          <w:sz w:val="22"/>
        </w:rPr>
        <w:t>UDZIELENIE SAKRAMENTU BIERZMOWANIA</w:t>
      </w:r>
      <w:r w:rsidR="003D567D">
        <w:rPr>
          <w:b/>
          <w:bCs/>
          <w:sz w:val="22"/>
        </w:rPr>
        <w:t xml:space="preserve"> </w:t>
      </w:r>
      <w:proofErr w:type="spellStart"/>
      <w:r w:rsidR="003D567D">
        <w:rPr>
          <w:b/>
          <w:bCs/>
          <w:sz w:val="22"/>
        </w:rPr>
        <w:t>planujemy</w:t>
      </w:r>
      <w:proofErr w:type="spellEnd"/>
      <w:r w:rsidR="003D567D">
        <w:rPr>
          <w:b/>
          <w:bCs/>
          <w:sz w:val="22"/>
        </w:rPr>
        <w:t xml:space="preserve"> </w:t>
      </w:r>
      <w:proofErr w:type="spellStart"/>
      <w:r w:rsidR="003D567D"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</w:p>
    <w:p w14:paraId="63643D3A" w14:textId="50C7B14A" w:rsidR="005B0C60" w:rsidRDefault="00BF1AEC" w:rsidP="0078207C">
      <w:pPr>
        <w:spacing w:after="0" w:line="240" w:lineRule="auto"/>
        <w:ind w:left="1440" w:firstLine="720"/>
        <w:rPr>
          <w:sz w:val="22"/>
        </w:rPr>
      </w:pPr>
      <w:r w:rsidRPr="003D567D">
        <w:rPr>
          <w:sz w:val="22"/>
        </w:rPr>
        <w:t xml:space="preserve">20 </w:t>
      </w:r>
      <w:proofErr w:type="spellStart"/>
      <w:r w:rsidRPr="003D567D">
        <w:rPr>
          <w:sz w:val="22"/>
        </w:rPr>
        <w:t>grudnia</w:t>
      </w:r>
      <w:proofErr w:type="spellEnd"/>
      <w:r w:rsidRPr="003D567D">
        <w:rPr>
          <w:sz w:val="22"/>
        </w:rPr>
        <w:t xml:space="preserve"> 2026 r. (</w:t>
      </w:r>
      <w:proofErr w:type="spellStart"/>
      <w:r w:rsidRPr="003D567D">
        <w:rPr>
          <w:sz w:val="22"/>
        </w:rPr>
        <w:t>niedziela</w:t>
      </w:r>
      <w:proofErr w:type="spellEnd"/>
      <w:r w:rsidRPr="003D567D">
        <w:rPr>
          <w:sz w:val="22"/>
        </w:rPr>
        <w:t xml:space="preserve">), </w:t>
      </w:r>
      <w:proofErr w:type="spellStart"/>
      <w:r w:rsidRPr="003D567D">
        <w:rPr>
          <w:sz w:val="22"/>
        </w:rPr>
        <w:t>godz</w:t>
      </w:r>
      <w:proofErr w:type="spellEnd"/>
      <w:r w:rsidRPr="003D567D">
        <w:rPr>
          <w:sz w:val="22"/>
        </w:rPr>
        <w:t>. 12.00</w:t>
      </w:r>
    </w:p>
    <w:p w14:paraId="13C19CC6" w14:textId="77777777" w:rsidR="003D567D" w:rsidRPr="003D567D" w:rsidRDefault="003D567D" w:rsidP="003D567D">
      <w:pPr>
        <w:spacing w:after="0" w:line="240" w:lineRule="auto"/>
        <w:rPr>
          <w:sz w:val="22"/>
        </w:rPr>
      </w:pPr>
    </w:p>
    <w:p w14:paraId="0ED797B7" w14:textId="06C99009" w:rsidR="003D567D" w:rsidRDefault="0078207C" w:rsidP="003D567D">
      <w:pPr>
        <w:spacing w:after="0" w:line="240" w:lineRule="auto"/>
        <w:rPr>
          <w:b/>
          <w:bCs/>
          <w:sz w:val="22"/>
        </w:rPr>
      </w:pPr>
      <w:r w:rsidRPr="0078207C">
        <w:rPr>
          <w:color w:val="C00000"/>
          <w:sz w:val="32"/>
          <w:szCs w:val="32"/>
        </w:rPr>
        <w:sym w:font="Symbol" w:char="F0AE"/>
      </w:r>
      <w:r>
        <w:rPr>
          <w:color w:val="C00000"/>
          <w:sz w:val="22"/>
        </w:rPr>
        <w:t xml:space="preserve"> </w:t>
      </w:r>
      <w:r w:rsidRPr="003D567D">
        <w:rPr>
          <w:b/>
          <w:bCs/>
          <w:sz w:val="22"/>
        </w:rPr>
        <w:t xml:space="preserve">Masz </w:t>
      </w:r>
      <w:proofErr w:type="spellStart"/>
      <w:r w:rsidRPr="003D567D">
        <w:rPr>
          <w:b/>
          <w:bCs/>
          <w:sz w:val="22"/>
        </w:rPr>
        <w:t>pytania</w:t>
      </w:r>
      <w:proofErr w:type="spellEnd"/>
      <w:r w:rsidRPr="003D567D">
        <w:rPr>
          <w:b/>
          <w:bCs/>
          <w:sz w:val="22"/>
        </w:rPr>
        <w:t xml:space="preserve">? </w:t>
      </w:r>
      <w:proofErr w:type="spellStart"/>
      <w:r w:rsidRPr="003D567D">
        <w:rPr>
          <w:b/>
          <w:bCs/>
          <w:sz w:val="22"/>
        </w:rPr>
        <w:t>Skontaktuj</w:t>
      </w:r>
      <w:proofErr w:type="spellEnd"/>
      <w:r w:rsidRPr="003D567D">
        <w:rPr>
          <w:b/>
          <w:bCs/>
          <w:sz w:val="22"/>
        </w:rPr>
        <w:t xml:space="preserve"> </w:t>
      </w:r>
      <w:proofErr w:type="spellStart"/>
      <w:r w:rsidRPr="003D567D">
        <w:rPr>
          <w:b/>
          <w:bCs/>
          <w:sz w:val="22"/>
        </w:rPr>
        <w:t>się</w:t>
      </w:r>
      <w:proofErr w:type="spellEnd"/>
      <w:r w:rsidRPr="003D567D">
        <w:rPr>
          <w:b/>
          <w:bCs/>
          <w:sz w:val="22"/>
        </w:rPr>
        <w:t xml:space="preserve"> z </w:t>
      </w:r>
      <w:proofErr w:type="spellStart"/>
      <w:r w:rsidRPr="003D567D">
        <w:rPr>
          <w:b/>
          <w:bCs/>
          <w:sz w:val="22"/>
        </w:rPr>
        <w:t>nami</w:t>
      </w:r>
      <w:proofErr w:type="spellEnd"/>
      <w:r w:rsidR="003D567D">
        <w:rPr>
          <w:b/>
          <w:bCs/>
          <w:sz w:val="22"/>
        </w:rPr>
        <w:t>:</w:t>
      </w:r>
    </w:p>
    <w:p w14:paraId="178DC080" w14:textId="564ACE42" w:rsidR="005B0C60" w:rsidRPr="003D567D" w:rsidRDefault="00000000" w:rsidP="003D567D">
      <w:pPr>
        <w:spacing w:after="0" w:line="240" w:lineRule="auto"/>
        <w:rPr>
          <w:sz w:val="22"/>
        </w:rPr>
      </w:pPr>
      <w:r w:rsidRPr="003D567D">
        <w:rPr>
          <w:sz w:val="22"/>
        </w:rPr>
        <w:br/>
        <w:t xml:space="preserve">s. Anna Sudujko CHR – </w:t>
      </w:r>
      <w:proofErr w:type="spellStart"/>
      <w:r w:rsidRPr="003D567D">
        <w:rPr>
          <w:sz w:val="22"/>
        </w:rPr>
        <w:t>koordynator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Archidiecezjalnego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Ośrodka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Katechumenalnego</w:t>
      </w:r>
      <w:proofErr w:type="spellEnd"/>
      <w:r w:rsidRPr="003D567D">
        <w:rPr>
          <w:sz w:val="22"/>
        </w:rPr>
        <w:br/>
      </w:r>
      <w:proofErr w:type="spellStart"/>
      <w:r w:rsidRPr="003D567D">
        <w:rPr>
          <w:sz w:val="22"/>
        </w:rPr>
        <w:t>Bazylika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Archikatedralna</w:t>
      </w:r>
      <w:proofErr w:type="spellEnd"/>
      <w:r w:rsidRPr="003D567D">
        <w:rPr>
          <w:sz w:val="22"/>
        </w:rPr>
        <w:t xml:space="preserve"> w </w:t>
      </w:r>
      <w:proofErr w:type="spellStart"/>
      <w:r w:rsidRPr="003D567D">
        <w:rPr>
          <w:sz w:val="22"/>
        </w:rPr>
        <w:t>Szczecinie</w:t>
      </w:r>
      <w:proofErr w:type="spellEnd"/>
      <w:r w:rsidRPr="003D567D">
        <w:rPr>
          <w:sz w:val="22"/>
        </w:rPr>
        <w:t xml:space="preserve">, ul. </w:t>
      </w:r>
      <w:proofErr w:type="spellStart"/>
      <w:r w:rsidRPr="003D567D">
        <w:rPr>
          <w:sz w:val="22"/>
        </w:rPr>
        <w:t>Św</w:t>
      </w:r>
      <w:proofErr w:type="spellEnd"/>
      <w:r w:rsidRPr="003D567D">
        <w:rPr>
          <w:sz w:val="22"/>
        </w:rPr>
        <w:t xml:space="preserve">. </w:t>
      </w:r>
      <w:proofErr w:type="spellStart"/>
      <w:r w:rsidRPr="003D567D">
        <w:rPr>
          <w:sz w:val="22"/>
        </w:rPr>
        <w:t>Jakuba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Apostoła</w:t>
      </w:r>
      <w:proofErr w:type="spellEnd"/>
      <w:r w:rsidRPr="003D567D">
        <w:rPr>
          <w:sz w:val="22"/>
        </w:rPr>
        <w:t xml:space="preserve"> 1</w:t>
      </w:r>
      <w:r w:rsidRPr="003D567D">
        <w:rPr>
          <w:sz w:val="22"/>
        </w:rPr>
        <w:br/>
        <w:t xml:space="preserve">tel. 693 132 </w:t>
      </w:r>
      <w:proofErr w:type="gramStart"/>
      <w:r w:rsidRPr="003D567D">
        <w:rPr>
          <w:sz w:val="22"/>
        </w:rPr>
        <w:t>957  •</w:t>
      </w:r>
      <w:proofErr w:type="gramEnd"/>
      <w:r w:rsidRPr="003D567D">
        <w:rPr>
          <w:sz w:val="22"/>
        </w:rPr>
        <w:t xml:space="preserve">  </w:t>
      </w:r>
      <w:proofErr w:type="gramStart"/>
      <w:r w:rsidRPr="003D567D">
        <w:rPr>
          <w:sz w:val="22"/>
        </w:rPr>
        <w:t>katechumenat7@gmail.com  •</w:t>
      </w:r>
      <w:proofErr w:type="gramEnd"/>
      <w:r w:rsidRPr="003D567D">
        <w:rPr>
          <w:sz w:val="22"/>
        </w:rPr>
        <w:t xml:space="preserve">  </w:t>
      </w:r>
      <w:hyperlink r:id="rId6" w:history="1">
        <w:r w:rsidR="00BF1AEC" w:rsidRPr="003D567D">
          <w:rPr>
            <w:rStyle w:val="Hipercze"/>
            <w:sz w:val="22"/>
          </w:rPr>
          <w:t>www.katechumenat.szczecin.pl</w:t>
        </w:r>
      </w:hyperlink>
    </w:p>
    <w:p w14:paraId="2DB24EFB" w14:textId="77777777" w:rsidR="00BF1AEC" w:rsidRPr="003D567D" w:rsidRDefault="00BF1AEC" w:rsidP="003D567D">
      <w:pPr>
        <w:spacing w:after="0" w:line="240" w:lineRule="auto"/>
        <w:rPr>
          <w:sz w:val="22"/>
        </w:rPr>
      </w:pPr>
    </w:p>
    <w:p w14:paraId="358484DB" w14:textId="3A09031F" w:rsidR="00BF1AEC" w:rsidRDefault="0078207C" w:rsidP="003D567D">
      <w:pPr>
        <w:spacing w:after="0" w:line="240" w:lineRule="auto"/>
        <w:rPr>
          <w:b/>
          <w:bCs/>
          <w:sz w:val="22"/>
        </w:rPr>
      </w:pPr>
      <w:r w:rsidRPr="0078207C">
        <w:rPr>
          <w:color w:val="C00000"/>
          <w:sz w:val="32"/>
          <w:szCs w:val="32"/>
        </w:rPr>
        <w:sym w:font="Symbol" w:char="F0AE"/>
      </w:r>
      <w:r>
        <w:rPr>
          <w:color w:val="C00000"/>
          <w:sz w:val="22"/>
        </w:rPr>
        <w:t xml:space="preserve"> </w:t>
      </w:r>
      <w:r w:rsidR="00BF1AEC" w:rsidRPr="003D567D">
        <w:rPr>
          <w:b/>
          <w:bCs/>
          <w:sz w:val="22"/>
        </w:rPr>
        <w:t xml:space="preserve">Co </w:t>
      </w:r>
      <w:proofErr w:type="spellStart"/>
      <w:r w:rsidR="00BF1AEC" w:rsidRPr="003D567D">
        <w:rPr>
          <w:b/>
          <w:bCs/>
          <w:sz w:val="22"/>
        </w:rPr>
        <w:t>trzeba</w:t>
      </w:r>
      <w:proofErr w:type="spellEnd"/>
      <w:r w:rsidR="00BF1AEC" w:rsidRPr="003D567D">
        <w:rPr>
          <w:b/>
          <w:bCs/>
          <w:sz w:val="22"/>
        </w:rPr>
        <w:t xml:space="preserve"> </w:t>
      </w:r>
      <w:proofErr w:type="spellStart"/>
      <w:r w:rsidR="00BF1AEC" w:rsidRPr="003D567D">
        <w:rPr>
          <w:b/>
          <w:bCs/>
          <w:sz w:val="22"/>
        </w:rPr>
        <w:t>przygotować</w:t>
      </w:r>
      <w:proofErr w:type="spellEnd"/>
      <w:r w:rsidR="00BF1AEC" w:rsidRPr="003D567D">
        <w:rPr>
          <w:b/>
          <w:bCs/>
          <w:sz w:val="22"/>
        </w:rPr>
        <w:t>?</w:t>
      </w:r>
    </w:p>
    <w:p w14:paraId="69756B49" w14:textId="77777777" w:rsidR="003D567D" w:rsidRPr="003D567D" w:rsidRDefault="003D567D" w:rsidP="003D567D">
      <w:pPr>
        <w:spacing w:after="0" w:line="240" w:lineRule="auto"/>
        <w:rPr>
          <w:b/>
          <w:bCs/>
          <w:sz w:val="22"/>
        </w:rPr>
      </w:pPr>
    </w:p>
    <w:p w14:paraId="03278314" w14:textId="5E1CDB67" w:rsidR="003D567D" w:rsidRDefault="00BF1AEC" w:rsidP="0078207C">
      <w:pPr>
        <w:spacing w:after="0" w:line="240" w:lineRule="auto"/>
        <w:rPr>
          <w:sz w:val="22"/>
        </w:rPr>
      </w:pPr>
      <w:r w:rsidRPr="003D567D">
        <w:rPr>
          <w:sz w:val="22"/>
        </w:rPr>
        <w:t xml:space="preserve">• </w:t>
      </w:r>
      <w:proofErr w:type="spellStart"/>
      <w:r w:rsidRPr="003D567D">
        <w:rPr>
          <w:sz w:val="22"/>
        </w:rPr>
        <w:t>metrykę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chrztu</w:t>
      </w:r>
      <w:proofErr w:type="spellEnd"/>
      <w:r w:rsidRPr="003D567D">
        <w:rPr>
          <w:sz w:val="22"/>
        </w:rPr>
        <w:t xml:space="preserve"> z </w:t>
      </w:r>
      <w:proofErr w:type="spellStart"/>
      <w:r w:rsidRPr="003D567D">
        <w:rPr>
          <w:sz w:val="22"/>
        </w:rPr>
        <w:t>parafii</w:t>
      </w:r>
      <w:proofErr w:type="spellEnd"/>
      <w:r w:rsidRPr="003D567D">
        <w:rPr>
          <w:sz w:val="22"/>
        </w:rPr>
        <w:t xml:space="preserve">, w </w:t>
      </w:r>
      <w:proofErr w:type="spellStart"/>
      <w:r w:rsidRPr="003D567D">
        <w:rPr>
          <w:sz w:val="22"/>
        </w:rPr>
        <w:t>której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przyjąłeś</w:t>
      </w:r>
      <w:proofErr w:type="spellEnd"/>
      <w:r w:rsidRPr="003D567D">
        <w:rPr>
          <w:sz w:val="22"/>
        </w:rPr>
        <w:t>/</w:t>
      </w:r>
      <w:proofErr w:type="spellStart"/>
      <w:r w:rsidRPr="003D567D">
        <w:rPr>
          <w:sz w:val="22"/>
        </w:rPr>
        <w:t>przyjęłaś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chrzest</w:t>
      </w:r>
      <w:proofErr w:type="spellEnd"/>
      <w:r w:rsidRPr="003D567D">
        <w:rPr>
          <w:sz w:val="22"/>
        </w:rPr>
        <w:br/>
        <w:t xml:space="preserve">• </w:t>
      </w:r>
      <w:proofErr w:type="spellStart"/>
      <w:r w:rsidRPr="003D567D">
        <w:rPr>
          <w:sz w:val="22"/>
        </w:rPr>
        <w:t>kwestionariusz</w:t>
      </w:r>
      <w:proofErr w:type="spellEnd"/>
      <w:r w:rsidRPr="003D567D">
        <w:rPr>
          <w:sz w:val="22"/>
        </w:rPr>
        <w:t xml:space="preserve"> (</w:t>
      </w:r>
      <w:proofErr w:type="spellStart"/>
      <w:r w:rsidRPr="003D567D">
        <w:rPr>
          <w:sz w:val="22"/>
        </w:rPr>
        <w:t>wypełniamy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na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rozmowie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wstępnej</w:t>
      </w:r>
      <w:proofErr w:type="spellEnd"/>
      <w:r w:rsidRPr="003D567D">
        <w:rPr>
          <w:sz w:val="22"/>
        </w:rPr>
        <w:t>)</w:t>
      </w:r>
      <w:r w:rsidRPr="003D567D">
        <w:rPr>
          <w:sz w:val="22"/>
        </w:rPr>
        <w:br/>
        <w:t xml:space="preserve">• </w:t>
      </w:r>
      <w:proofErr w:type="spellStart"/>
      <w:r w:rsidRPr="003D567D">
        <w:rPr>
          <w:sz w:val="22"/>
        </w:rPr>
        <w:t>ewentualnie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inne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potrzebne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dokumenty</w:t>
      </w:r>
      <w:proofErr w:type="spellEnd"/>
      <w:r w:rsidRPr="003D567D">
        <w:rPr>
          <w:sz w:val="22"/>
        </w:rPr>
        <w:br/>
        <w:t xml:space="preserve">• </w:t>
      </w:r>
      <w:proofErr w:type="spellStart"/>
      <w:r w:rsidRPr="003D567D">
        <w:rPr>
          <w:sz w:val="22"/>
        </w:rPr>
        <w:t>zaświadczenie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od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proboszcza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osoby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wybranej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na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świadka</w:t>
      </w:r>
      <w:proofErr w:type="spellEnd"/>
      <w:r w:rsidRPr="003D567D">
        <w:rPr>
          <w:sz w:val="22"/>
        </w:rPr>
        <w:t xml:space="preserve"> </w:t>
      </w:r>
      <w:proofErr w:type="spellStart"/>
      <w:r w:rsidRPr="003D567D">
        <w:rPr>
          <w:sz w:val="22"/>
        </w:rPr>
        <w:t>bierzmowania</w:t>
      </w:r>
      <w:proofErr w:type="spellEnd"/>
      <w:r w:rsidR="0078207C">
        <w:rPr>
          <w:sz w:val="22"/>
        </w:rPr>
        <w:t xml:space="preserve"> (</w:t>
      </w:r>
      <w:proofErr w:type="spellStart"/>
      <w:r w:rsidR="0078207C">
        <w:rPr>
          <w:sz w:val="22"/>
        </w:rPr>
        <w:t>wystarczy</w:t>
      </w:r>
      <w:proofErr w:type="spellEnd"/>
      <w:r w:rsidR="0078207C">
        <w:rPr>
          <w:sz w:val="22"/>
        </w:rPr>
        <w:t xml:space="preserve"> </w:t>
      </w:r>
      <w:proofErr w:type="spellStart"/>
      <w:r w:rsidR="0078207C">
        <w:rPr>
          <w:sz w:val="22"/>
        </w:rPr>
        <w:t>przynieść</w:t>
      </w:r>
      <w:proofErr w:type="spellEnd"/>
      <w:r w:rsidR="0078207C">
        <w:rPr>
          <w:sz w:val="22"/>
        </w:rPr>
        <w:t xml:space="preserve"> </w:t>
      </w:r>
      <w:proofErr w:type="spellStart"/>
      <w:r w:rsidR="0078207C">
        <w:rPr>
          <w:sz w:val="22"/>
        </w:rPr>
        <w:t>dwa</w:t>
      </w:r>
      <w:proofErr w:type="spellEnd"/>
      <w:r w:rsidR="0078207C">
        <w:rPr>
          <w:sz w:val="22"/>
        </w:rPr>
        <w:t xml:space="preserve"> </w:t>
      </w:r>
      <w:proofErr w:type="spellStart"/>
      <w:r w:rsidR="0078207C">
        <w:rPr>
          <w:sz w:val="22"/>
        </w:rPr>
        <w:t>tygodnie</w:t>
      </w:r>
      <w:proofErr w:type="spellEnd"/>
      <w:r w:rsidR="0078207C">
        <w:rPr>
          <w:sz w:val="22"/>
        </w:rPr>
        <w:t xml:space="preserve"> </w:t>
      </w:r>
      <w:proofErr w:type="spellStart"/>
      <w:r w:rsidR="0078207C">
        <w:rPr>
          <w:sz w:val="22"/>
        </w:rPr>
        <w:t>przed</w:t>
      </w:r>
      <w:proofErr w:type="spellEnd"/>
      <w:r w:rsidR="0078207C">
        <w:rPr>
          <w:sz w:val="22"/>
        </w:rPr>
        <w:t xml:space="preserve"> </w:t>
      </w:r>
      <w:proofErr w:type="spellStart"/>
      <w:r w:rsidR="0078207C">
        <w:rPr>
          <w:sz w:val="22"/>
        </w:rPr>
        <w:t>bierzmowaniem</w:t>
      </w:r>
      <w:proofErr w:type="spellEnd"/>
      <w:r w:rsidR="0078207C">
        <w:rPr>
          <w:sz w:val="22"/>
        </w:rPr>
        <w:t>)</w:t>
      </w:r>
    </w:p>
    <w:p w14:paraId="2ABFAC7A" w14:textId="77777777" w:rsidR="00FB141D" w:rsidRDefault="00FB141D" w:rsidP="0078207C">
      <w:pPr>
        <w:spacing w:after="0" w:line="240" w:lineRule="auto"/>
        <w:rPr>
          <w:sz w:val="22"/>
        </w:rPr>
      </w:pPr>
    </w:p>
    <w:p w14:paraId="764531FA" w14:textId="079ABA8F" w:rsidR="00FB141D" w:rsidRPr="0078207C" w:rsidRDefault="00FB141D" w:rsidP="0078207C">
      <w:pPr>
        <w:spacing w:after="0" w:line="240" w:lineRule="auto"/>
        <w:rPr>
          <w:sz w:val="22"/>
        </w:rPr>
      </w:pPr>
      <w:r>
        <w:rPr>
          <w:sz w:val="22"/>
        </w:rPr>
        <w:t>***</w:t>
      </w:r>
      <w:proofErr w:type="spellStart"/>
      <w:r>
        <w:rPr>
          <w:sz w:val="16"/>
          <w:szCs w:val="16"/>
        </w:rPr>
        <w:t>kolejny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cykl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planujemy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rozpocząć</w:t>
      </w:r>
      <w:proofErr w:type="spellEnd"/>
      <w:r>
        <w:rPr>
          <w:sz w:val="16"/>
          <w:szCs w:val="16"/>
        </w:rPr>
        <w:t xml:space="preserve"> w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lut</w:t>
      </w:r>
      <w:r>
        <w:rPr>
          <w:sz w:val="16"/>
          <w:szCs w:val="16"/>
        </w:rPr>
        <w:t>ym</w:t>
      </w:r>
      <w:proofErr w:type="spellEnd"/>
      <w:r>
        <w:rPr>
          <w:sz w:val="16"/>
          <w:szCs w:val="16"/>
        </w:rPr>
        <w:t xml:space="preserve"> 2027 ro</w:t>
      </w:r>
      <w:proofErr w:type="spellStart"/>
      <w:r>
        <w:rPr>
          <w:sz w:val="16"/>
          <w:szCs w:val="16"/>
        </w:rPr>
        <w:t>ku</w:t>
      </w:r>
      <w:proofErr w:type="spellEnd"/>
    </w:p>
    <w:sectPr w:rsidR="00FB141D" w:rsidRPr="0078207C" w:rsidSect="0078207C">
      <w:pgSz w:w="11906" w:h="16838"/>
      <w:pgMar w:top="454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742151">
    <w:abstractNumId w:val="8"/>
  </w:num>
  <w:num w:numId="2" w16cid:durableId="1974946914">
    <w:abstractNumId w:val="6"/>
  </w:num>
  <w:num w:numId="3" w16cid:durableId="501629818">
    <w:abstractNumId w:val="5"/>
  </w:num>
  <w:num w:numId="4" w16cid:durableId="942224318">
    <w:abstractNumId w:val="4"/>
  </w:num>
  <w:num w:numId="5" w16cid:durableId="1701541123">
    <w:abstractNumId w:val="7"/>
  </w:num>
  <w:num w:numId="6" w16cid:durableId="1222520113">
    <w:abstractNumId w:val="3"/>
  </w:num>
  <w:num w:numId="7" w16cid:durableId="255481828">
    <w:abstractNumId w:val="2"/>
  </w:num>
  <w:num w:numId="8" w16cid:durableId="1249580290">
    <w:abstractNumId w:val="1"/>
  </w:num>
  <w:num w:numId="9" w16cid:durableId="13008464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C98"/>
    <w:rsid w:val="00101EE9"/>
    <w:rsid w:val="0015074B"/>
    <w:rsid w:val="0029639D"/>
    <w:rsid w:val="00326F90"/>
    <w:rsid w:val="003D567D"/>
    <w:rsid w:val="004033DA"/>
    <w:rsid w:val="00554010"/>
    <w:rsid w:val="005B0C60"/>
    <w:rsid w:val="0078207C"/>
    <w:rsid w:val="00AA1D8D"/>
    <w:rsid w:val="00B47730"/>
    <w:rsid w:val="00B65D82"/>
    <w:rsid w:val="00BF1AEC"/>
    <w:rsid w:val="00CB0664"/>
    <w:rsid w:val="00CF3339"/>
    <w:rsid w:val="00E44282"/>
    <w:rsid w:val="00FB14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68C25"/>
  <w14:defaultImageDpi w14:val="300"/>
  <w15:docId w15:val="{31B23A96-74B5-9B4D-8B85-669F0BCE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BF1AE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techumenat.szczec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odbaranka@gmail.com</cp:lastModifiedBy>
  <cp:revision>3</cp:revision>
  <cp:lastPrinted>2026-09-02T16:18:00Z</cp:lastPrinted>
  <dcterms:created xsi:type="dcterms:W3CDTF">2026-09-05T10:01:00Z</dcterms:created>
  <dcterms:modified xsi:type="dcterms:W3CDTF">2026-09-05T10:04:00Z</dcterms:modified>
  <cp:category/>
</cp:coreProperties>
</file>