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66B0C9" w14:textId="3A3AB429" w:rsidR="003D567D" w:rsidRPr="003E4C50" w:rsidRDefault="00350994" w:rsidP="003E4C50">
      <w:pPr>
        <w:pStyle w:val="Akapitzlist"/>
        <w:numPr>
          <w:ilvl w:val="0"/>
          <w:numId w:val="10"/>
        </w:numPr>
        <w:rPr>
          <w:b/>
          <w:bCs/>
        </w:rPr>
      </w:pPr>
      <w:r w:rsidRPr="003E4C50">
        <w:rPr>
          <w:b/>
          <w:bCs/>
        </w:rPr>
        <w:t>INFORMACJE DLA</w:t>
      </w:r>
      <w:r w:rsidR="003D567D" w:rsidRPr="003E4C50">
        <w:rPr>
          <w:b/>
          <w:bCs/>
        </w:rPr>
        <w:t xml:space="preserve"> DOROSŁYCH </w:t>
      </w:r>
      <w:r w:rsidRPr="003E4C50">
        <w:rPr>
          <w:b/>
          <w:bCs/>
        </w:rPr>
        <w:t>PRAGNĄCYCH PRZYJĄĆ CHRZEST</w:t>
      </w:r>
    </w:p>
    <w:p w14:paraId="42AC5E07" w14:textId="77777777" w:rsidR="00350994" w:rsidRPr="00350994" w:rsidRDefault="00000000" w:rsidP="00350994">
      <w:proofErr w:type="spellStart"/>
      <w:r w:rsidRPr="00350994">
        <w:t>Zapraszamy</w:t>
      </w:r>
      <w:proofErr w:type="spellEnd"/>
      <w:r w:rsidRPr="00350994">
        <w:t xml:space="preserve"> </w:t>
      </w:r>
      <w:proofErr w:type="spellStart"/>
      <w:r w:rsidRPr="00350994">
        <w:t>Cię</w:t>
      </w:r>
      <w:proofErr w:type="spellEnd"/>
      <w:r w:rsidRPr="00350994">
        <w:t xml:space="preserve"> do </w:t>
      </w:r>
      <w:proofErr w:type="spellStart"/>
      <w:r w:rsidRPr="00350994">
        <w:t>wspólnej</w:t>
      </w:r>
      <w:proofErr w:type="spellEnd"/>
      <w:r w:rsidRPr="00350994">
        <w:t xml:space="preserve"> </w:t>
      </w:r>
      <w:proofErr w:type="spellStart"/>
      <w:r w:rsidRPr="00350994">
        <w:t>drogi</w:t>
      </w:r>
      <w:proofErr w:type="spellEnd"/>
      <w:r w:rsidRPr="00350994">
        <w:t xml:space="preserve"> </w:t>
      </w:r>
      <w:proofErr w:type="spellStart"/>
      <w:r w:rsidRPr="00350994">
        <w:t>przygotowania</w:t>
      </w:r>
      <w:proofErr w:type="spellEnd"/>
      <w:r w:rsidRPr="00350994">
        <w:t xml:space="preserve"> do </w:t>
      </w:r>
      <w:proofErr w:type="spellStart"/>
      <w:r w:rsidR="00350994" w:rsidRPr="00350994">
        <w:t>chrześcijaństwa</w:t>
      </w:r>
      <w:proofErr w:type="spellEnd"/>
      <w:r w:rsidR="00350994" w:rsidRPr="00350994">
        <w:t xml:space="preserve">. </w:t>
      </w:r>
      <w:proofErr w:type="spellStart"/>
      <w:r w:rsidR="00350994" w:rsidRPr="00350994">
        <w:t>Jeśli</w:t>
      </w:r>
      <w:proofErr w:type="spellEnd"/>
      <w:r w:rsidR="00350994" w:rsidRPr="00350994">
        <w:t xml:space="preserve"> </w:t>
      </w:r>
      <w:proofErr w:type="spellStart"/>
      <w:r w:rsidR="00350994" w:rsidRPr="00350994">
        <w:t>jesteś</w:t>
      </w:r>
      <w:proofErr w:type="spellEnd"/>
      <w:r w:rsidR="00350994" w:rsidRPr="00350994">
        <w:t xml:space="preserve"> </w:t>
      </w:r>
      <w:proofErr w:type="spellStart"/>
      <w:r w:rsidR="00350994" w:rsidRPr="00350994">
        <w:t>osobą</w:t>
      </w:r>
      <w:proofErr w:type="spellEnd"/>
      <w:r w:rsidR="00350994" w:rsidRPr="00350994">
        <w:t xml:space="preserve"> </w:t>
      </w:r>
      <w:proofErr w:type="spellStart"/>
      <w:r w:rsidR="00350994" w:rsidRPr="00350994">
        <w:t>dorosłą</w:t>
      </w:r>
      <w:proofErr w:type="spellEnd"/>
      <w:r w:rsidR="00350994" w:rsidRPr="00350994">
        <w:t xml:space="preserve"> I </w:t>
      </w:r>
      <w:proofErr w:type="spellStart"/>
      <w:r w:rsidR="00350994" w:rsidRPr="00350994">
        <w:t>nigdy</w:t>
      </w:r>
      <w:proofErr w:type="spellEnd"/>
      <w:r w:rsidR="00350994" w:rsidRPr="00350994">
        <w:t xml:space="preserve"> w </w:t>
      </w:r>
      <w:proofErr w:type="spellStart"/>
      <w:r w:rsidR="00350994" w:rsidRPr="00350994">
        <w:t>życiu</w:t>
      </w:r>
      <w:proofErr w:type="spellEnd"/>
      <w:r w:rsidR="00350994" w:rsidRPr="00350994">
        <w:t xml:space="preserve"> </w:t>
      </w:r>
      <w:proofErr w:type="spellStart"/>
      <w:r w:rsidR="00350994" w:rsidRPr="00350994">
        <w:t>nie</w:t>
      </w:r>
      <w:proofErr w:type="spellEnd"/>
      <w:r w:rsidR="00350994" w:rsidRPr="00350994">
        <w:t xml:space="preserve"> </w:t>
      </w:r>
      <w:proofErr w:type="spellStart"/>
      <w:r w:rsidR="00350994" w:rsidRPr="00350994">
        <w:t>byłeś</w:t>
      </w:r>
      <w:proofErr w:type="spellEnd"/>
      <w:r w:rsidR="00350994" w:rsidRPr="00350994">
        <w:t xml:space="preserve"> </w:t>
      </w:r>
      <w:proofErr w:type="spellStart"/>
      <w:r w:rsidR="00350994" w:rsidRPr="00350994">
        <w:t>ochrzczony</w:t>
      </w:r>
      <w:proofErr w:type="spellEnd"/>
      <w:r w:rsidR="00350994" w:rsidRPr="00350994">
        <w:t xml:space="preserve">, to </w:t>
      </w:r>
      <w:proofErr w:type="spellStart"/>
      <w:r w:rsidR="00350994" w:rsidRPr="00350994">
        <w:t>zaproszenie</w:t>
      </w:r>
      <w:proofErr w:type="spellEnd"/>
      <w:r w:rsidR="00350994" w:rsidRPr="00350994">
        <w:t xml:space="preserve"> jest do </w:t>
      </w:r>
      <w:proofErr w:type="spellStart"/>
      <w:r w:rsidR="00350994" w:rsidRPr="00350994">
        <w:t>Ciebie</w:t>
      </w:r>
      <w:proofErr w:type="spellEnd"/>
      <w:r w:rsidR="00350994" w:rsidRPr="00350994">
        <w:t>.</w:t>
      </w:r>
    </w:p>
    <w:p w14:paraId="724E4650" w14:textId="34E15D50" w:rsidR="003D567D" w:rsidRPr="00350994" w:rsidRDefault="00350994" w:rsidP="00350994">
      <w:proofErr w:type="spellStart"/>
      <w:r w:rsidRPr="00350994">
        <w:t>Człowiek</w:t>
      </w:r>
      <w:proofErr w:type="spellEnd"/>
      <w:r w:rsidRPr="00350994">
        <w:t xml:space="preserve"> </w:t>
      </w:r>
      <w:proofErr w:type="spellStart"/>
      <w:r w:rsidRPr="00350994">
        <w:t>dorosły</w:t>
      </w:r>
      <w:proofErr w:type="spellEnd"/>
      <w:r w:rsidRPr="00350994">
        <w:t xml:space="preserve"> </w:t>
      </w:r>
      <w:proofErr w:type="spellStart"/>
      <w:r w:rsidRPr="00350994">
        <w:t>przygotowując</w:t>
      </w:r>
      <w:proofErr w:type="spellEnd"/>
      <w:r w:rsidRPr="00350994">
        <w:t xml:space="preserve"> </w:t>
      </w:r>
      <w:proofErr w:type="spellStart"/>
      <w:r w:rsidRPr="00350994">
        <w:t>się</w:t>
      </w:r>
      <w:proofErr w:type="spellEnd"/>
      <w:r w:rsidRPr="00350994">
        <w:t xml:space="preserve"> do </w:t>
      </w:r>
      <w:proofErr w:type="spellStart"/>
      <w:r w:rsidRPr="00350994">
        <w:t>chrztu</w:t>
      </w:r>
      <w:proofErr w:type="spellEnd"/>
      <w:r w:rsidRPr="00350994">
        <w:t xml:space="preserve">, </w:t>
      </w:r>
      <w:proofErr w:type="spellStart"/>
      <w:r w:rsidRPr="00350994">
        <w:t>równocześnie</w:t>
      </w:r>
      <w:proofErr w:type="spellEnd"/>
      <w:r w:rsidRPr="00350994">
        <w:t xml:space="preserve"> </w:t>
      </w:r>
      <w:proofErr w:type="spellStart"/>
      <w:r w:rsidRPr="00350994">
        <w:t>przygotowuje</w:t>
      </w:r>
      <w:proofErr w:type="spellEnd"/>
      <w:r w:rsidRPr="00350994">
        <w:t xml:space="preserve"> </w:t>
      </w:r>
      <w:proofErr w:type="spellStart"/>
      <w:r w:rsidRPr="00350994">
        <w:t>się</w:t>
      </w:r>
      <w:proofErr w:type="spellEnd"/>
      <w:r w:rsidRPr="00350994">
        <w:t xml:space="preserve"> do </w:t>
      </w:r>
      <w:proofErr w:type="spellStart"/>
      <w:r w:rsidRPr="00350994">
        <w:t>bierzmowania</w:t>
      </w:r>
      <w:proofErr w:type="spellEnd"/>
      <w:r w:rsidRPr="00350994">
        <w:t xml:space="preserve"> I </w:t>
      </w:r>
      <w:proofErr w:type="spellStart"/>
      <w:r w:rsidRPr="00350994">
        <w:t>Eucharystii</w:t>
      </w:r>
      <w:proofErr w:type="spellEnd"/>
      <w:r w:rsidRPr="00350994">
        <w:t xml:space="preserve">, </w:t>
      </w:r>
      <w:proofErr w:type="spellStart"/>
      <w:r w:rsidRPr="00350994">
        <w:t>bo</w:t>
      </w:r>
      <w:proofErr w:type="spellEnd"/>
      <w:r w:rsidRPr="00350994">
        <w:t xml:space="preserve"> </w:t>
      </w:r>
      <w:proofErr w:type="spellStart"/>
      <w:r w:rsidRPr="00350994">
        <w:t>te</w:t>
      </w:r>
      <w:proofErr w:type="spellEnd"/>
      <w:r w:rsidRPr="00350994">
        <w:t xml:space="preserve"> </w:t>
      </w:r>
      <w:proofErr w:type="spellStart"/>
      <w:r w:rsidRPr="00350994">
        <w:t>trzy</w:t>
      </w:r>
      <w:proofErr w:type="spellEnd"/>
      <w:r w:rsidRPr="00350994">
        <w:t xml:space="preserve"> </w:t>
      </w:r>
      <w:proofErr w:type="spellStart"/>
      <w:r w:rsidRPr="00350994">
        <w:t>sakramenty</w:t>
      </w:r>
      <w:proofErr w:type="spellEnd"/>
      <w:r w:rsidRPr="00350994">
        <w:t xml:space="preserve"> </w:t>
      </w:r>
      <w:proofErr w:type="spellStart"/>
      <w:r w:rsidRPr="00350994">
        <w:t>są</w:t>
      </w:r>
      <w:proofErr w:type="spellEnd"/>
      <w:r w:rsidRPr="00350994">
        <w:t xml:space="preserve"> </w:t>
      </w:r>
      <w:proofErr w:type="spellStart"/>
      <w:r w:rsidRPr="00350994">
        <w:t>sakramentami</w:t>
      </w:r>
      <w:proofErr w:type="spellEnd"/>
      <w:r w:rsidRPr="00350994">
        <w:t xml:space="preserve"> </w:t>
      </w:r>
      <w:proofErr w:type="spellStart"/>
      <w:r w:rsidRPr="00350994">
        <w:t>chrześcijańskiego</w:t>
      </w:r>
      <w:proofErr w:type="spellEnd"/>
      <w:r w:rsidRPr="00350994">
        <w:t xml:space="preserve"> </w:t>
      </w:r>
      <w:proofErr w:type="spellStart"/>
      <w:r w:rsidRPr="00350994">
        <w:t>wtajemniczenia</w:t>
      </w:r>
      <w:proofErr w:type="spellEnd"/>
      <w:r w:rsidRPr="00350994">
        <w:t>.</w:t>
      </w:r>
      <w:r w:rsidRPr="00350994">
        <w:br/>
      </w:r>
    </w:p>
    <w:p w14:paraId="3F37ABE7" w14:textId="7BF615DD" w:rsidR="001B47C6" w:rsidRPr="003E4C50" w:rsidRDefault="00000000" w:rsidP="003E4C50">
      <w:pPr>
        <w:spacing w:after="0"/>
        <w:rPr>
          <w:b/>
          <w:bCs/>
        </w:rPr>
      </w:pPr>
      <w:r w:rsidRPr="001B47C6">
        <w:rPr>
          <w:b/>
          <w:bCs/>
        </w:rPr>
        <w:t>Rozpoczynamy</w:t>
      </w:r>
      <w:r w:rsidR="003D567D" w:rsidRPr="001B47C6">
        <w:rPr>
          <w:b/>
          <w:bCs/>
        </w:rPr>
        <w:t>:</w:t>
      </w:r>
      <w:r w:rsidRPr="001B47C6">
        <w:rPr>
          <w:b/>
          <w:bCs/>
        </w:rPr>
        <w:t xml:space="preserve"> </w:t>
      </w:r>
      <w:r w:rsidRPr="00350994">
        <w:t xml:space="preserve">20 </w:t>
      </w:r>
      <w:proofErr w:type="spellStart"/>
      <w:r w:rsidRPr="00350994">
        <w:t>września</w:t>
      </w:r>
      <w:proofErr w:type="spellEnd"/>
      <w:r w:rsidRPr="00350994">
        <w:t xml:space="preserve"> 2026 r. o </w:t>
      </w:r>
      <w:proofErr w:type="spellStart"/>
      <w:r w:rsidRPr="00350994">
        <w:t>godz</w:t>
      </w:r>
      <w:proofErr w:type="spellEnd"/>
      <w:r w:rsidRPr="00350994">
        <w:t xml:space="preserve">. 18.00 </w:t>
      </w:r>
      <w:proofErr w:type="spellStart"/>
      <w:r w:rsidRPr="00350994">
        <w:t>Mszą</w:t>
      </w:r>
      <w:proofErr w:type="spellEnd"/>
      <w:r w:rsidRPr="00350994">
        <w:t xml:space="preserve"> </w:t>
      </w:r>
      <w:proofErr w:type="spellStart"/>
      <w:r w:rsidRPr="00350994">
        <w:t>Świętą</w:t>
      </w:r>
      <w:proofErr w:type="spellEnd"/>
      <w:r w:rsidRPr="00350994">
        <w:t xml:space="preserve"> w </w:t>
      </w:r>
      <w:proofErr w:type="spellStart"/>
      <w:r w:rsidRPr="00350994">
        <w:t>Bazylice</w:t>
      </w:r>
      <w:proofErr w:type="spellEnd"/>
      <w:r w:rsidRPr="00350994">
        <w:t xml:space="preserve"> </w:t>
      </w:r>
      <w:proofErr w:type="spellStart"/>
      <w:r w:rsidRPr="00350994">
        <w:t>Archikatedralnej</w:t>
      </w:r>
      <w:proofErr w:type="spellEnd"/>
      <w:r w:rsidRPr="00350994">
        <w:t xml:space="preserve"> </w:t>
      </w:r>
      <w:proofErr w:type="spellStart"/>
      <w:r w:rsidRPr="00350994">
        <w:t>św</w:t>
      </w:r>
      <w:proofErr w:type="spellEnd"/>
      <w:r w:rsidRPr="00350994">
        <w:t xml:space="preserve">. </w:t>
      </w:r>
      <w:proofErr w:type="spellStart"/>
      <w:r w:rsidRPr="00350994">
        <w:t>Jakuba</w:t>
      </w:r>
      <w:proofErr w:type="spellEnd"/>
      <w:r w:rsidRPr="00350994">
        <w:t xml:space="preserve"> w Szczecinie</w:t>
      </w:r>
      <w:r w:rsidR="0003575E">
        <w:t xml:space="preserve">. </w:t>
      </w:r>
    </w:p>
    <w:p w14:paraId="105A744C" w14:textId="7624C44E" w:rsidR="003D567D" w:rsidRPr="00350994" w:rsidRDefault="001B47C6" w:rsidP="00350994">
      <w:r>
        <w:t>(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czytasz</w:t>
      </w:r>
      <w:proofErr w:type="spellEnd"/>
      <w:r>
        <w:t xml:space="preserve"> </w:t>
      </w:r>
      <w:proofErr w:type="spellStart"/>
      <w:r>
        <w:t>już</w:t>
      </w:r>
      <w:proofErr w:type="spellEnd"/>
      <w:r>
        <w:t xml:space="preserve"> po </w:t>
      </w:r>
      <w:proofErr w:type="spellStart"/>
      <w:r>
        <w:t>tym</w:t>
      </w:r>
      <w:proofErr w:type="spellEnd"/>
      <w:r>
        <w:t xml:space="preserve"> </w:t>
      </w:r>
      <w:proofErr w:type="spellStart"/>
      <w:r>
        <w:t>terminie</w:t>
      </w:r>
      <w:proofErr w:type="spellEnd"/>
      <w:r>
        <w:t xml:space="preserve">, a </w:t>
      </w:r>
      <w:proofErr w:type="spellStart"/>
      <w:r>
        <w:t>pragniesz</w:t>
      </w:r>
      <w:proofErr w:type="spellEnd"/>
      <w:r>
        <w:t xml:space="preserve"> </w:t>
      </w:r>
      <w:proofErr w:type="spellStart"/>
      <w:r>
        <w:t>chrztu</w:t>
      </w:r>
      <w:proofErr w:type="spellEnd"/>
      <w:r>
        <w:t xml:space="preserve">, </w:t>
      </w:r>
      <w:proofErr w:type="spellStart"/>
      <w:r>
        <w:t>zadzwoń</w:t>
      </w:r>
      <w:proofErr w:type="spellEnd"/>
      <w:r>
        <w:t xml:space="preserve">, </w:t>
      </w:r>
      <w:proofErr w:type="spellStart"/>
      <w:r>
        <w:t>porozmawiamy</w:t>
      </w:r>
      <w:proofErr w:type="spellEnd"/>
      <w:r>
        <w:t>)</w:t>
      </w:r>
    </w:p>
    <w:tbl>
      <w:tblPr>
        <w:tblW w:w="10860" w:type="dxa"/>
        <w:tblLayout w:type="fixed"/>
        <w:tblLook w:val="04A0" w:firstRow="1" w:lastRow="0" w:firstColumn="1" w:lastColumn="0" w:noHBand="0" w:noVBand="1"/>
      </w:tblPr>
      <w:tblGrid>
        <w:gridCol w:w="10860"/>
      </w:tblGrid>
      <w:tr w:rsidR="003E4C50" w:rsidRPr="00350994" w14:paraId="504D2851" w14:textId="77777777" w:rsidTr="003E4C50">
        <w:trPr>
          <w:trHeight w:val="2130"/>
        </w:trPr>
        <w:tc>
          <w:tcPr>
            <w:tcW w:w="10860" w:type="dxa"/>
          </w:tcPr>
          <w:p w14:paraId="0B2DE0F8" w14:textId="67563CFB" w:rsidR="003E4C50" w:rsidRPr="001B47C6" w:rsidRDefault="003E4C50" w:rsidP="00350994">
            <w:pPr>
              <w:rPr>
                <w:b/>
                <w:bCs/>
              </w:rPr>
            </w:pPr>
            <w:r w:rsidRPr="001B47C6">
              <w:rPr>
                <w:b/>
                <w:bCs/>
              </w:rPr>
              <w:sym w:font="Symbol" w:char="F0AE"/>
            </w:r>
            <w:r w:rsidRPr="001B47C6">
              <w:rPr>
                <w:b/>
                <w:bCs/>
              </w:rPr>
              <w:t xml:space="preserve"> Jak </w:t>
            </w:r>
            <w:proofErr w:type="spellStart"/>
            <w:r w:rsidRPr="001B47C6">
              <w:rPr>
                <w:b/>
                <w:bCs/>
              </w:rPr>
              <w:t>będzie</w:t>
            </w:r>
            <w:proofErr w:type="spellEnd"/>
            <w:r w:rsidRPr="001B47C6">
              <w:rPr>
                <w:b/>
                <w:bCs/>
              </w:rPr>
              <w:t xml:space="preserve"> </w:t>
            </w:r>
            <w:proofErr w:type="spellStart"/>
            <w:r w:rsidRPr="001B47C6">
              <w:rPr>
                <w:b/>
                <w:bCs/>
              </w:rPr>
              <w:t>wyglądało</w:t>
            </w:r>
            <w:proofErr w:type="spellEnd"/>
            <w:r w:rsidRPr="001B47C6">
              <w:rPr>
                <w:b/>
                <w:bCs/>
              </w:rPr>
              <w:t xml:space="preserve"> </w:t>
            </w:r>
            <w:proofErr w:type="spellStart"/>
            <w:r w:rsidRPr="001B47C6">
              <w:rPr>
                <w:b/>
                <w:bCs/>
              </w:rPr>
              <w:t>przygotowanie</w:t>
            </w:r>
            <w:proofErr w:type="spellEnd"/>
            <w:r w:rsidRPr="001B47C6">
              <w:rPr>
                <w:b/>
                <w:bCs/>
              </w:rPr>
              <w:t>?</w:t>
            </w:r>
          </w:p>
          <w:p w14:paraId="25292E71" w14:textId="4C90A410" w:rsidR="003E4C50" w:rsidRPr="00350994" w:rsidRDefault="003E4C50" w:rsidP="00350994">
            <w:r w:rsidRPr="00350994">
              <w:t>•</w:t>
            </w:r>
            <w:r>
              <w:t xml:space="preserve"> </w:t>
            </w:r>
            <w:proofErr w:type="spellStart"/>
            <w:r>
              <w:t>umów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spotkanie</w:t>
            </w:r>
            <w:proofErr w:type="spellEnd"/>
            <w:r>
              <w:t xml:space="preserve"> </w:t>
            </w:r>
            <w:proofErr w:type="spellStart"/>
            <w:r>
              <w:t>wstępne</w:t>
            </w:r>
            <w:proofErr w:type="spellEnd"/>
            <w:r>
              <w:t xml:space="preserve"> z </w:t>
            </w:r>
            <w:proofErr w:type="spellStart"/>
            <w:r>
              <w:t>koordynatorem</w:t>
            </w:r>
            <w:proofErr w:type="spellEnd"/>
            <w:r>
              <w:t xml:space="preserve"> </w:t>
            </w:r>
            <w:proofErr w:type="spellStart"/>
            <w:r>
              <w:t>katechumenatu</w:t>
            </w:r>
            <w:proofErr w:type="spellEnd"/>
            <w:r>
              <w:t xml:space="preserve"> – s. Anna Sudujko CHR tel. 665 874 762</w:t>
            </w:r>
            <w:r w:rsidRPr="00350994">
              <w:br/>
              <w:t xml:space="preserve">• </w:t>
            </w:r>
            <w:proofErr w:type="spellStart"/>
            <w:r>
              <w:t>otrzymasz</w:t>
            </w:r>
            <w:proofErr w:type="spellEnd"/>
            <w:r>
              <w:t xml:space="preserve"> </w:t>
            </w:r>
            <w:proofErr w:type="spellStart"/>
            <w:r>
              <w:t>swego</w:t>
            </w:r>
            <w:proofErr w:type="spellEnd"/>
            <w:r>
              <w:t xml:space="preserve"> </w:t>
            </w:r>
            <w:proofErr w:type="spellStart"/>
            <w:r>
              <w:t>katechistę</w:t>
            </w:r>
            <w:proofErr w:type="spellEnd"/>
            <w:r>
              <w:t xml:space="preserve"> – </w:t>
            </w:r>
            <w:proofErr w:type="spellStart"/>
            <w:r>
              <w:t>siostrę</w:t>
            </w:r>
            <w:proofErr w:type="spellEnd"/>
            <w:r>
              <w:t xml:space="preserve">, </w:t>
            </w:r>
            <w:proofErr w:type="spellStart"/>
            <w:r>
              <w:t>która</w:t>
            </w:r>
            <w:proofErr w:type="spellEnd"/>
            <w:r>
              <w:t xml:space="preserve"> </w:t>
            </w:r>
            <w:proofErr w:type="spellStart"/>
            <w:r>
              <w:t>będzie</w:t>
            </w:r>
            <w:proofErr w:type="spellEnd"/>
            <w:r>
              <w:t xml:space="preserve"> Ci </w:t>
            </w:r>
            <w:proofErr w:type="spellStart"/>
            <w:r>
              <w:t>towarzyszyć</w:t>
            </w:r>
            <w:proofErr w:type="spellEnd"/>
            <w:r>
              <w:t xml:space="preserve"> w </w:t>
            </w:r>
            <w:proofErr w:type="spellStart"/>
            <w:r>
              <w:t>całym</w:t>
            </w:r>
            <w:proofErr w:type="spellEnd"/>
            <w:r>
              <w:t xml:space="preserve"> </w:t>
            </w:r>
            <w:proofErr w:type="spellStart"/>
            <w:r>
              <w:t>procesie</w:t>
            </w:r>
            <w:proofErr w:type="spellEnd"/>
            <w:r>
              <w:t xml:space="preserve"> </w:t>
            </w:r>
            <w:proofErr w:type="spellStart"/>
            <w:r>
              <w:t>przygotowania</w:t>
            </w:r>
            <w:proofErr w:type="spellEnd"/>
            <w:r>
              <w:t xml:space="preserve">, z </w:t>
            </w:r>
            <w:proofErr w:type="spellStart"/>
            <w:r>
              <w:t>nią</w:t>
            </w:r>
            <w:proofErr w:type="spellEnd"/>
            <w:r>
              <w:t xml:space="preserve"> </w:t>
            </w:r>
            <w:proofErr w:type="spellStart"/>
            <w:r>
              <w:t>będziesz</w:t>
            </w:r>
            <w:proofErr w:type="spellEnd"/>
            <w:r>
              <w:t xml:space="preserve"> </w:t>
            </w:r>
            <w:proofErr w:type="spellStart"/>
            <w:r>
              <w:t>miał</w:t>
            </w:r>
            <w:proofErr w:type="spellEnd"/>
            <w:r>
              <w:t>/a</w:t>
            </w:r>
            <w:r w:rsidRPr="00350994">
              <w:t xml:space="preserve"> </w:t>
            </w:r>
            <w:proofErr w:type="spellStart"/>
            <w:r w:rsidRPr="00350994">
              <w:t>spotkania</w:t>
            </w:r>
            <w:proofErr w:type="spellEnd"/>
            <w:r w:rsidRPr="00350994">
              <w:t xml:space="preserve"> </w:t>
            </w:r>
            <w:proofErr w:type="spellStart"/>
            <w:r w:rsidRPr="00350994">
              <w:t>indywidualne</w:t>
            </w:r>
            <w:proofErr w:type="spellEnd"/>
          </w:p>
          <w:p w14:paraId="2B119BBA" w14:textId="2C6A6D5D" w:rsidR="003E4C50" w:rsidRDefault="003E4C50" w:rsidP="00350994">
            <w:r w:rsidRPr="00350994">
              <w:t xml:space="preserve">• </w:t>
            </w:r>
            <w:proofErr w:type="spellStart"/>
            <w:r w:rsidRPr="00350994">
              <w:t>będą</w:t>
            </w:r>
            <w:proofErr w:type="spellEnd"/>
            <w:r>
              <w:t xml:space="preserve"> </w:t>
            </w:r>
            <w:proofErr w:type="spellStart"/>
            <w:r>
              <w:t>też</w:t>
            </w:r>
            <w:proofErr w:type="spellEnd"/>
            <w:r w:rsidRPr="00350994">
              <w:t xml:space="preserve"> </w:t>
            </w:r>
            <w:proofErr w:type="spellStart"/>
            <w:r w:rsidRPr="00350994">
              <w:t>obrzędy</w:t>
            </w:r>
            <w:proofErr w:type="spellEnd"/>
            <w:r w:rsidRPr="00350994">
              <w:t xml:space="preserve"> w </w:t>
            </w:r>
            <w:proofErr w:type="spellStart"/>
            <w:r w:rsidRPr="00350994">
              <w:t>świątyni</w:t>
            </w:r>
            <w:proofErr w:type="spellEnd"/>
            <w:r w:rsidRPr="00350994">
              <w:t xml:space="preserve">, </w:t>
            </w:r>
            <w:proofErr w:type="spellStart"/>
            <w:r w:rsidRPr="00350994">
              <w:t>które</w:t>
            </w:r>
            <w:proofErr w:type="spellEnd"/>
            <w:r w:rsidRPr="00350994">
              <w:t xml:space="preserve"> </w:t>
            </w:r>
            <w:proofErr w:type="spellStart"/>
            <w:r w:rsidRPr="00350994">
              <w:t>dają</w:t>
            </w:r>
            <w:proofErr w:type="spellEnd"/>
            <w:r w:rsidRPr="00350994">
              <w:t xml:space="preserve"> </w:t>
            </w:r>
            <w:proofErr w:type="spellStart"/>
            <w:r w:rsidRPr="00350994">
              <w:t>konkretną</w:t>
            </w:r>
            <w:proofErr w:type="spellEnd"/>
            <w:r w:rsidRPr="00350994">
              <w:t xml:space="preserve"> </w:t>
            </w:r>
            <w:proofErr w:type="spellStart"/>
            <w:r w:rsidRPr="00350994">
              <w:t>łaskę</w:t>
            </w:r>
            <w:proofErr w:type="spellEnd"/>
            <w:r w:rsidRPr="00350994">
              <w:t xml:space="preserve"> w </w:t>
            </w:r>
            <w:proofErr w:type="spellStart"/>
            <w:r w:rsidRPr="00350994">
              <w:t>drodze</w:t>
            </w:r>
            <w:proofErr w:type="spellEnd"/>
            <w:r w:rsidRPr="00350994">
              <w:t xml:space="preserve"> </w:t>
            </w:r>
            <w:proofErr w:type="spellStart"/>
            <w:r w:rsidRPr="00350994">
              <w:t>wiary</w:t>
            </w:r>
            <w:proofErr w:type="spellEnd"/>
            <w:r w:rsidRPr="00350994">
              <w:t xml:space="preserve"> </w:t>
            </w:r>
          </w:p>
          <w:p w14:paraId="0773D5F6" w14:textId="58390BAE" w:rsidR="003E4C50" w:rsidRPr="00350994" w:rsidRDefault="003E4C50" w:rsidP="00350994">
            <w:r w:rsidRPr="00350994">
              <w:t xml:space="preserve">• </w:t>
            </w:r>
            <w:proofErr w:type="spellStart"/>
            <w:r w:rsidRPr="00350994">
              <w:t>będą</w:t>
            </w:r>
            <w:proofErr w:type="spellEnd"/>
            <w:r w:rsidRPr="00350994">
              <w:t xml:space="preserve"> </w:t>
            </w:r>
            <w:proofErr w:type="spellStart"/>
            <w:r w:rsidRPr="00350994">
              <w:t>spotkania</w:t>
            </w:r>
            <w:proofErr w:type="spellEnd"/>
            <w:r w:rsidRPr="00350994">
              <w:t xml:space="preserve"> w </w:t>
            </w:r>
            <w:proofErr w:type="spellStart"/>
            <w:r w:rsidRPr="00350994">
              <w:t>grupie</w:t>
            </w:r>
            <w:proofErr w:type="spellEnd"/>
            <w:r>
              <w:t xml:space="preserve"> (</w:t>
            </w:r>
            <w:proofErr w:type="spellStart"/>
            <w:r>
              <w:t>katechezy</w:t>
            </w:r>
            <w:proofErr w:type="spellEnd"/>
            <w:r>
              <w:t xml:space="preserve">, </w:t>
            </w:r>
            <w:proofErr w:type="spellStart"/>
            <w:r>
              <w:t>rozmowy</w:t>
            </w:r>
            <w:proofErr w:type="spellEnd"/>
            <w:r>
              <w:t>)</w:t>
            </w:r>
          </w:p>
        </w:tc>
      </w:tr>
    </w:tbl>
    <w:p w14:paraId="0216F46B" w14:textId="2BCC1E76" w:rsidR="003D567D" w:rsidRPr="00350994" w:rsidRDefault="0078207C" w:rsidP="003E4C50">
      <w:pPr>
        <w:spacing w:after="0"/>
      </w:pPr>
      <w:r w:rsidRPr="00350994">
        <w:sym w:font="Symbol" w:char="F0AE"/>
      </w:r>
      <w:r w:rsidRPr="00350994">
        <w:t xml:space="preserve"> </w:t>
      </w:r>
      <w:proofErr w:type="spellStart"/>
      <w:r w:rsidRPr="0003575E">
        <w:rPr>
          <w:b/>
          <w:bCs/>
        </w:rPr>
        <w:t>Terminy</w:t>
      </w:r>
      <w:proofErr w:type="spellEnd"/>
      <w:r w:rsidRPr="0003575E">
        <w:rPr>
          <w:b/>
          <w:bCs/>
        </w:rPr>
        <w:t xml:space="preserve"> </w:t>
      </w:r>
      <w:proofErr w:type="spellStart"/>
      <w:r w:rsidRPr="0003575E">
        <w:rPr>
          <w:b/>
          <w:bCs/>
        </w:rPr>
        <w:t>katechez</w:t>
      </w:r>
      <w:proofErr w:type="spellEnd"/>
      <w:r w:rsidR="00350994" w:rsidRPr="0003575E">
        <w:rPr>
          <w:b/>
          <w:bCs/>
        </w:rPr>
        <w:t xml:space="preserve"> </w:t>
      </w:r>
      <w:proofErr w:type="spellStart"/>
      <w:r w:rsidR="0003575E" w:rsidRPr="0003575E">
        <w:rPr>
          <w:b/>
          <w:bCs/>
        </w:rPr>
        <w:t>wsólnych</w:t>
      </w:r>
      <w:proofErr w:type="spellEnd"/>
      <w:r w:rsidR="0003575E">
        <w:t xml:space="preserve"> </w:t>
      </w:r>
      <w:r w:rsidR="00350994" w:rsidRPr="00350994">
        <w:t xml:space="preserve">(do </w:t>
      </w:r>
      <w:proofErr w:type="spellStart"/>
      <w:r w:rsidR="00350994" w:rsidRPr="00350994">
        <w:t>nowego</w:t>
      </w:r>
      <w:proofErr w:type="spellEnd"/>
      <w:r w:rsidR="00350994" w:rsidRPr="00350994">
        <w:t xml:space="preserve"> </w:t>
      </w:r>
      <w:proofErr w:type="spellStart"/>
      <w:r w:rsidR="00350994" w:rsidRPr="00350994">
        <w:t>roku</w:t>
      </w:r>
      <w:proofErr w:type="spellEnd"/>
      <w:r w:rsidR="00350994" w:rsidRPr="00350994">
        <w:t>)</w:t>
      </w:r>
      <w:r w:rsidR="003D567D" w:rsidRPr="00350994">
        <w:t>:</w:t>
      </w:r>
    </w:p>
    <w:p w14:paraId="2272D190" w14:textId="176898E6" w:rsidR="004033DA" w:rsidRPr="00350994" w:rsidRDefault="00000000" w:rsidP="00350994">
      <w:proofErr w:type="spellStart"/>
      <w:r w:rsidRPr="00350994">
        <w:t>Niedziele</w:t>
      </w:r>
      <w:proofErr w:type="spellEnd"/>
      <w:r w:rsidRPr="00350994">
        <w:t xml:space="preserve">, </w:t>
      </w:r>
      <w:proofErr w:type="spellStart"/>
      <w:r w:rsidRPr="00350994">
        <w:t>godz</w:t>
      </w:r>
      <w:proofErr w:type="spellEnd"/>
      <w:r w:rsidRPr="00350994">
        <w:t>. 17.15</w:t>
      </w:r>
      <w:r w:rsidR="0078207C" w:rsidRPr="00350994">
        <w:t xml:space="preserve"> </w:t>
      </w:r>
      <w:r w:rsidRPr="00350994">
        <w:br/>
      </w:r>
      <w:proofErr w:type="spellStart"/>
      <w:r w:rsidRPr="00350994">
        <w:t>Wrzesień</w:t>
      </w:r>
      <w:proofErr w:type="spellEnd"/>
      <w:r w:rsidRPr="00350994">
        <w:t xml:space="preserve">: 27 IX   |   </w:t>
      </w:r>
      <w:proofErr w:type="spellStart"/>
      <w:r w:rsidRPr="00350994">
        <w:t>Październik</w:t>
      </w:r>
      <w:proofErr w:type="spellEnd"/>
      <w:r w:rsidRPr="00350994">
        <w:t xml:space="preserve">: 4 X, 18 X   |   Listopad: 8 XI, 29 XI   |   </w:t>
      </w:r>
      <w:proofErr w:type="spellStart"/>
      <w:r w:rsidRPr="00350994">
        <w:t>Grudzień</w:t>
      </w:r>
      <w:proofErr w:type="spellEnd"/>
      <w:r w:rsidRPr="00350994">
        <w:t>: 6 XII</w:t>
      </w:r>
      <w:r w:rsidR="00CF3339" w:rsidRPr="00350994">
        <w:t>, 13 XII</w:t>
      </w:r>
      <w:r w:rsidRPr="00350994">
        <w:br/>
      </w:r>
      <w:proofErr w:type="spellStart"/>
      <w:r w:rsidRPr="00350994">
        <w:t>Oprócz</w:t>
      </w:r>
      <w:proofErr w:type="spellEnd"/>
      <w:r w:rsidRPr="00350994">
        <w:t xml:space="preserve"> </w:t>
      </w:r>
      <w:proofErr w:type="spellStart"/>
      <w:r w:rsidRPr="00350994">
        <w:t>tego</w:t>
      </w:r>
      <w:proofErr w:type="spellEnd"/>
      <w:r w:rsidRPr="00350994">
        <w:t xml:space="preserve"> </w:t>
      </w:r>
      <w:proofErr w:type="spellStart"/>
      <w:r w:rsidRPr="00350994">
        <w:t>umawiamy</w:t>
      </w:r>
      <w:proofErr w:type="spellEnd"/>
      <w:r w:rsidR="00350994" w:rsidRPr="00350994">
        <w:t xml:space="preserve"> </w:t>
      </w:r>
      <w:proofErr w:type="spellStart"/>
      <w:r w:rsidR="00350994" w:rsidRPr="00350994">
        <w:t>się</w:t>
      </w:r>
      <w:proofErr w:type="spellEnd"/>
      <w:r w:rsidR="00350994" w:rsidRPr="00350994">
        <w:t xml:space="preserve"> </w:t>
      </w:r>
      <w:proofErr w:type="spellStart"/>
      <w:r w:rsidR="00350994" w:rsidRPr="00350994">
        <w:t>na</w:t>
      </w:r>
      <w:proofErr w:type="spellEnd"/>
      <w:r w:rsidRPr="00350994">
        <w:t xml:space="preserve"> </w:t>
      </w:r>
      <w:proofErr w:type="spellStart"/>
      <w:r w:rsidRPr="00350994">
        <w:t>indywidualn</w:t>
      </w:r>
      <w:r w:rsidR="00350994" w:rsidRPr="00350994">
        <w:t>e</w:t>
      </w:r>
      <w:proofErr w:type="spellEnd"/>
      <w:r w:rsidRPr="00350994">
        <w:t xml:space="preserve"> </w:t>
      </w:r>
      <w:proofErr w:type="spellStart"/>
      <w:r w:rsidRPr="00350994">
        <w:t>spotka</w:t>
      </w:r>
      <w:r w:rsidR="00350994" w:rsidRPr="00350994">
        <w:t>nia</w:t>
      </w:r>
      <w:proofErr w:type="spellEnd"/>
      <w:r w:rsidRPr="00350994">
        <w:t xml:space="preserve"> z </w:t>
      </w:r>
      <w:proofErr w:type="spellStart"/>
      <w:r w:rsidRPr="00350994">
        <w:t>siostrą</w:t>
      </w:r>
      <w:proofErr w:type="spellEnd"/>
      <w:r w:rsidRPr="00350994">
        <w:t xml:space="preserve"> </w:t>
      </w:r>
      <w:proofErr w:type="spellStart"/>
      <w:r w:rsidRPr="00350994">
        <w:t>katechistką</w:t>
      </w:r>
      <w:proofErr w:type="spellEnd"/>
      <w:r w:rsidRPr="00350994">
        <w:t xml:space="preserve"> </w:t>
      </w:r>
      <w:proofErr w:type="gramStart"/>
      <w:r w:rsidRPr="00350994">
        <w:t xml:space="preserve">– </w:t>
      </w:r>
      <w:r w:rsidR="0003575E">
        <w:t xml:space="preserve"> </w:t>
      </w:r>
      <w:r w:rsidRPr="00350994">
        <w:t>ich</w:t>
      </w:r>
      <w:proofErr w:type="gramEnd"/>
      <w:r w:rsidRPr="00350994">
        <w:t xml:space="preserve"> </w:t>
      </w:r>
      <w:proofErr w:type="spellStart"/>
      <w:r w:rsidRPr="00350994">
        <w:t>terminy</w:t>
      </w:r>
      <w:proofErr w:type="spellEnd"/>
      <w:r w:rsidRPr="00350994">
        <w:t xml:space="preserve"> </w:t>
      </w:r>
      <w:proofErr w:type="spellStart"/>
      <w:r w:rsidRPr="00350994">
        <w:t>ustalamy</w:t>
      </w:r>
      <w:proofErr w:type="spellEnd"/>
      <w:r w:rsidRPr="00350994">
        <w:t xml:space="preserve"> </w:t>
      </w:r>
      <w:proofErr w:type="spellStart"/>
      <w:r w:rsidRPr="00350994">
        <w:t>indywidualnie</w:t>
      </w:r>
      <w:proofErr w:type="spellEnd"/>
      <w:r w:rsidR="00350994" w:rsidRPr="00350994">
        <w:t xml:space="preserve"> z </w:t>
      </w:r>
      <w:proofErr w:type="spellStart"/>
      <w:r w:rsidR="00350994" w:rsidRPr="00350994">
        <w:t>przydzieloną</w:t>
      </w:r>
      <w:proofErr w:type="spellEnd"/>
      <w:r w:rsidR="00350994" w:rsidRPr="00350994">
        <w:t xml:space="preserve"> </w:t>
      </w:r>
      <w:proofErr w:type="spellStart"/>
      <w:r w:rsidR="00350994" w:rsidRPr="00350994">
        <w:t>siostrą</w:t>
      </w:r>
      <w:proofErr w:type="spellEnd"/>
      <w:r w:rsidRPr="00350994">
        <w:t>.</w:t>
      </w:r>
    </w:p>
    <w:p w14:paraId="13C19CC6" w14:textId="7CEF2B98" w:rsidR="003D567D" w:rsidRPr="00350994" w:rsidRDefault="0078207C" w:rsidP="00350994">
      <w:r w:rsidRPr="00350994">
        <w:sym w:font="Symbol" w:char="F0AE"/>
      </w:r>
      <w:r w:rsidRPr="00350994">
        <w:t xml:space="preserve"> </w:t>
      </w:r>
      <w:r w:rsidR="00BF1AEC" w:rsidRPr="003E4C50">
        <w:rPr>
          <w:b/>
          <w:bCs/>
        </w:rPr>
        <w:t>UDZIELENIE SAKRAMENT</w:t>
      </w:r>
      <w:r w:rsidR="00350994" w:rsidRPr="003E4C50">
        <w:rPr>
          <w:b/>
          <w:bCs/>
        </w:rPr>
        <w:t>ÓW</w:t>
      </w:r>
      <w:r w:rsidR="00BF1AEC" w:rsidRPr="003E4C50">
        <w:rPr>
          <w:b/>
          <w:bCs/>
        </w:rPr>
        <w:t xml:space="preserve"> </w:t>
      </w:r>
      <w:r w:rsidR="00350994" w:rsidRPr="003E4C50">
        <w:rPr>
          <w:b/>
          <w:bCs/>
        </w:rPr>
        <w:t xml:space="preserve">CHRZTU, </w:t>
      </w:r>
      <w:r w:rsidR="00BF1AEC" w:rsidRPr="003E4C50">
        <w:rPr>
          <w:b/>
          <w:bCs/>
        </w:rPr>
        <w:t>BIERZMOWANIA</w:t>
      </w:r>
      <w:r w:rsidR="00350994" w:rsidRPr="003E4C50">
        <w:rPr>
          <w:b/>
          <w:bCs/>
        </w:rPr>
        <w:t xml:space="preserve"> I EUCHARYSTII</w:t>
      </w:r>
      <w:r w:rsidR="003D567D" w:rsidRPr="003E4C50">
        <w:rPr>
          <w:b/>
          <w:bCs/>
        </w:rPr>
        <w:t xml:space="preserve"> </w:t>
      </w:r>
      <w:proofErr w:type="spellStart"/>
      <w:r w:rsidR="003E4C50">
        <w:rPr>
          <w:b/>
          <w:bCs/>
        </w:rPr>
        <w:t>zasadniczo</w:t>
      </w:r>
      <w:proofErr w:type="spellEnd"/>
      <w:r w:rsidR="003E4C50">
        <w:rPr>
          <w:b/>
          <w:bCs/>
        </w:rPr>
        <w:t xml:space="preserve"> </w:t>
      </w:r>
      <w:r w:rsidR="00350994" w:rsidRPr="003E4C50">
        <w:rPr>
          <w:b/>
          <w:bCs/>
        </w:rPr>
        <w:t xml:space="preserve">ma </w:t>
      </w:r>
      <w:proofErr w:type="spellStart"/>
      <w:r w:rsidR="00350994" w:rsidRPr="003E4C50">
        <w:rPr>
          <w:b/>
          <w:bCs/>
        </w:rPr>
        <w:t>miejsce</w:t>
      </w:r>
      <w:proofErr w:type="spellEnd"/>
      <w:r w:rsidR="00350994" w:rsidRPr="003E4C50">
        <w:rPr>
          <w:b/>
          <w:bCs/>
        </w:rPr>
        <w:t xml:space="preserve"> </w:t>
      </w:r>
      <w:proofErr w:type="spellStart"/>
      <w:r w:rsidR="00350994" w:rsidRPr="003E4C50">
        <w:rPr>
          <w:b/>
          <w:bCs/>
        </w:rPr>
        <w:t>podczas</w:t>
      </w:r>
      <w:proofErr w:type="spellEnd"/>
      <w:r w:rsidR="00350994" w:rsidRPr="003E4C50">
        <w:rPr>
          <w:b/>
          <w:bCs/>
        </w:rPr>
        <w:t xml:space="preserve"> </w:t>
      </w:r>
      <w:proofErr w:type="spellStart"/>
      <w:r w:rsidR="00350994" w:rsidRPr="003E4C50">
        <w:rPr>
          <w:b/>
          <w:bCs/>
        </w:rPr>
        <w:t>wigilii</w:t>
      </w:r>
      <w:proofErr w:type="spellEnd"/>
      <w:r w:rsidR="00350994" w:rsidRPr="003E4C50">
        <w:rPr>
          <w:b/>
          <w:bCs/>
        </w:rPr>
        <w:t xml:space="preserve"> </w:t>
      </w:r>
      <w:proofErr w:type="spellStart"/>
      <w:r w:rsidR="00350994" w:rsidRPr="003E4C50">
        <w:rPr>
          <w:b/>
          <w:bCs/>
        </w:rPr>
        <w:t>paschalej</w:t>
      </w:r>
      <w:proofErr w:type="spellEnd"/>
      <w:r w:rsidR="00350994" w:rsidRPr="003E4C50">
        <w:rPr>
          <w:b/>
          <w:bCs/>
        </w:rPr>
        <w:t xml:space="preserve"> (</w:t>
      </w:r>
      <w:r w:rsidR="009071EB">
        <w:rPr>
          <w:b/>
          <w:bCs/>
        </w:rPr>
        <w:t>t.j.</w:t>
      </w:r>
      <w:r w:rsidR="00350994" w:rsidRPr="003E4C50">
        <w:rPr>
          <w:b/>
          <w:bCs/>
        </w:rPr>
        <w:t xml:space="preserve">na </w:t>
      </w:r>
      <w:proofErr w:type="spellStart"/>
      <w:r w:rsidR="00350994" w:rsidRPr="003E4C50">
        <w:rPr>
          <w:b/>
          <w:bCs/>
        </w:rPr>
        <w:t>Wielkanoc</w:t>
      </w:r>
      <w:proofErr w:type="spellEnd"/>
      <w:r w:rsidR="00350994" w:rsidRPr="003E4C50">
        <w:rPr>
          <w:b/>
          <w:bCs/>
        </w:rPr>
        <w:t>)</w:t>
      </w:r>
      <w:r w:rsidR="0003575E" w:rsidRPr="003E4C50">
        <w:rPr>
          <w:b/>
          <w:bCs/>
        </w:rPr>
        <w:t xml:space="preserve"> w </w:t>
      </w:r>
      <w:proofErr w:type="spellStart"/>
      <w:r w:rsidR="0003575E" w:rsidRPr="003E4C50">
        <w:rPr>
          <w:b/>
          <w:bCs/>
        </w:rPr>
        <w:t>katedrze</w:t>
      </w:r>
      <w:proofErr w:type="spellEnd"/>
      <w:r w:rsidR="003E4C50">
        <w:rPr>
          <w:b/>
          <w:bCs/>
        </w:rPr>
        <w:t xml:space="preserve"> </w:t>
      </w:r>
      <w:r w:rsidR="003E4C50" w:rsidRPr="003E4C50">
        <w:t xml:space="preserve">(w </w:t>
      </w:r>
      <w:proofErr w:type="spellStart"/>
      <w:r w:rsidR="003E4C50" w:rsidRPr="003E4C50">
        <w:t>sytuacj</w:t>
      </w:r>
      <w:r w:rsidR="009071EB">
        <w:t>ach</w:t>
      </w:r>
      <w:proofErr w:type="spellEnd"/>
      <w:r w:rsidR="003E4C50">
        <w:rPr>
          <w:b/>
          <w:bCs/>
        </w:rPr>
        <w:t xml:space="preserve"> </w:t>
      </w:r>
      <w:proofErr w:type="spellStart"/>
      <w:r w:rsidR="003E4C50" w:rsidRPr="003E4C50">
        <w:t>nieregularn</w:t>
      </w:r>
      <w:r w:rsidR="009071EB">
        <w:t>ych</w:t>
      </w:r>
      <w:proofErr w:type="spellEnd"/>
      <w:r w:rsidR="003E4C50" w:rsidRPr="003E4C50">
        <w:t xml:space="preserve"> </w:t>
      </w:r>
      <w:proofErr w:type="spellStart"/>
      <w:r w:rsidR="003E4C50">
        <w:t>możliwy</w:t>
      </w:r>
      <w:proofErr w:type="spellEnd"/>
      <w:r w:rsidR="003E4C50">
        <w:t xml:space="preserve"> jest</w:t>
      </w:r>
      <w:r w:rsidR="003E4C50" w:rsidRPr="003E4C50">
        <w:t xml:space="preserve"> </w:t>
      </w:r>
      <w:proofErr w:type="spellStart"/>
      <w:r w:rsidR="003E4C50" w:rsidRPr="003E4C50">
        <w:t>inn</w:t>
      </w:r>
      <w:r w:rsidR="003E4C50">
        <w:t>y</w:t>
      </w:r>
      <w:proofErr w:type="spellEnd"/>
      <w:r w:rsidR="003E4C50" w:rsidRPr="003E4C50">
        <w:t xml:space="preserve"> </w:t>
      </w:r>
      <w:proofErr w:type="spellStart"/>
      <w:r w:rsidR="003E4C50" w:rsidRPr="003E4C50">
        <w:t>termin</w:t>
      </w:r>
      <w:proofErr w:type="spellEnd"/>
      <w:r w:rsidR="003E4C50" w:rsidRPr="003E4C50">
        <w:t>)</w:t>
      </w:r>
    </w:p>
    <w:p w14:paraId="2DB24EFB" w14:textId="1ABB1A38" w:rsidR="00BF1AEC" w:rsidRPr="0003575E" w:rsidRDefault="0078207C" w:rsidP="00350994">
      <w:pPr>
        <w:rPr>
          <w:b/>
          <w:bCs/>
        </w:rPr>
      </w:pPr>
      <w:r w:rsidRPr="00350994">
        <w:sym w:font="Symbol" w:char="F0AE"/>
      </w:r>
      <w:r w:rsidRPr="00350994">
        <w:t xml:space="preserve"> </w:t>
      </w:r>
      <w:r w:rsidRPr="0003575E">
        <w:rPr>
          <w:b/>
          <w:bCs/>
        </w:rPr>
        <w:t xml:space="preserve">Masz </w:t>
      </w:r>
      <w:proofErr w:type="spellStart"/>
      <w:r w:rsidRPr="0003575E">
        <w:rPr>
          <w:b/>
          <w:bCs/>
        </w:rPr>
        <w:t>pytania</w:t>
      </w:r>
      <w:proofErr w:type="spellEnd"/>
      <w:r w:rsidRPr="0003575E">
        <w:rPr>
          <w:b/>
          <w:bCs/>
        </w:rPr>
        <w:t xml:space="preserve">? </w:t>
      </w:r>
      <w:proofErr w:type="spellStart"/>
      <w:r w:rsidRPr="0003575E">
        <w:rPr>
          <w:b/>
          <w:bCs/>
        </w:rPr>
        <w:t>Skontaktuj</w:t>
      </w:r>
      <w:proofErr w:type="spellEnd"/>
      <w:r w:rsidRPr="0003575E">
        <w:rPr>
          <w:b/>
          <w:bCs/>
        </w:rPr>
        <w:t xml:space="preserve"> </w:t>
      </w:r>
      <w:proofErr w:type="spellStart"/>
      <w:r w:rsidRPr="0003575E">
        <w:rPr>
          <w:b/>
          <w:bCs/>
        </w:rPr>
        <w:t>się</w:t>
      </w:r>
      <w:proofErr w:type="spellEnd"/>
      <w:r w:rsidRPr="0003575E">
        <w:rPr>
          <w:b/>
          <w:bCs/>
        </w:rPr>
        <w:t xml:space="preserve"> z </w:t>
      </w:r>
      <w:proofErr w:type="spellStart"/>
      <w:r w:rsidRPr="0003575E">
        <w:rPr>
          <w:b/>
          <w:bCs/>
        </w:rPr>
        <w:t>nami</w:t>
      </w:r>
      <w:proofErr w:type="spellEnd"/>
      <w:r w:rsidR="003D567D" w:rsidRPr="0003575E">
        <w:rPr>
          <w:b/>
          <w:bCs/>
        </w:rPr>
        <w:t>:</w:t>
      </w:r>
      <w:r w:rsidRPr="00350994">
        <w:br/>
        <w:t xml:space="preserve">s. Anna Sudujko CHR – </w:t>
      </w:r>
      <w:proofErr w:type="spellStart"/>
      <w:r w:rsidRPr="00350994">
        <w:t>koordynator</w:t>
      </w:r>
      <w:proofErr w:type="spellEnd"/>
      <w:r w:rsidRPr="00350994">
        <w:t xml:space="preserve"> </w:t>
      </w:r>
      <w:proofErr w:type="spellStart"/>
      <w:r w:rsidRPr="00350994">
        <w:t>Archidiecezjalnego</w:t>
      </w:r>
      <w:proofErr w:type="spellEnd"/>
      <w:r w:rsidRPr="00350994">
        <w:t xml:space="preserve"> </w:t>
      </w:r>
      <w:proofErr w:type="spellStart"/>
      <w:r w:rsidRPr="00350994">
        <w:t>Ośrodka</w:t>
      </w:r>
      <w:proofErr w:type="spellEnd"/>
      <w:r w:rsidRPr="00350994">
        <w:t xml:space="preserve"> </w:t>
      </w:r>
      <w:proofErr w:type="spellStart"/>
      <w:r w:rsidRPr="00350994">
        <w:t>Katechumenalnego</w:t>
      </w:r>
      <w:proofErr w:type="spellEnd"/>
      <w:r w:rsidRPr="00350994">
        <w:br/>
      </w:r>
      <w:proofErr w:type="spellStart"/>
      <w:r w:rsidRPr="00350994">
        <w:t>Bazylika</w:t>
      </w:r>
      <w:proofErr w:type="spellEnd"/>
      <w:r w:rsidRPr="00350994">
        <w:t xml:space="preserve"> </w:t>
      </w:r>
      <w:proofErr w:type="spellStart"/>
      <w:r w:rsidRPr="00350994">
        <w:t>Archikatedralna</w:t>
      </w:r>
      <w:proofErr w:type="spellEnd"/>
      <w:r w:rsidRPr="00350994">
        <w:t xml:space="preserve"> w </w:t>
      </w:r>
      <w:proofErr w:type="spellStart"/>
      <w:r w:rsidRPr="00350994">
        <w:t>Szczecinie</w:t>
      </w:r>
      <w:proofErr w:type="spellEnd"/>
      <w:r w:rsidRPr="00350994">
        <w:t xml:space="preserve">, ul. </w:t>
      </w:r>
      <w:proofErr w:type="spellStart"/>
      <w:r w:rsidRPr="00350994">
        <w:t>Św</w:t>
      </w:r>
      <w:proofErr w:type="spellEnd"/>
      <w:r w:rsidRPr="00350994">
        <w:t xml:space="preserve">. </w:t>
      </w:r>
      <w:proofErr w:type="spellStart"/>
      <w:r w:rsidRPr="00350994">
        <w:t>Jakuba</w:t>
      </w:r>
      <w:proofErr w:type="spellEnd"/>
      <w:r w:rsidRPr="00350994">
        <w:t xml:space="preserve"> </w:t>
      </w:r>
      <w:proofErr w:type="spellStart"/>
      <w:r w:rsidRPr="00350994">
        <w:t>Apostoła</w:t>
      </w:r>
      <w:proofErr w:type="spellEnd"/>
      <w:r w:rsidRPr="00350994">
        <w:t xml:space="preserve"> 1</w:t>
      </w:r>
      <w:r w:rsidRPr="00350994">
        <w:br/>
        <w:t xml:space="preserve">tel. 693 132 </w:t>
      </w:r>
      <w:proofErr w:type="gramStart"/>
      <w:r w:rsidRPr="00350994">
        <w:t>957  •</w:t>
      </w:r>
      <w:proofErr w:type="gramEnd"/>
      <w:r w:rsidRPr="00350994">
        <w:t xml:space="preserve">  </w:t>
      </w:r>
      <w:proofErr w:type="gramStart"/>
      <w:r w:rsidRPr="00350994">
        <w:t>katechumenat7@gmail.com  •</w:t>
      </w:r>
      <w:proofErr w:type="gramEnd"/>
      <w:r w:rsidRPr="00350994">
        <w:t xml:space="preserve">  </w:t>
      </w:r>
      <w:hyperlink r:id="rId6" w:history="1">
        <w:r w:rsidR="00BF1AEC" w:rsidRPr="00350994">
          <w:rPr>
            <w:rStyle w:val="Hipercze"/>
          </w:rPr>
          <w:t>www.katechumenat.szczecin.pl</w:t>
        </w:r>
      </w:hyperlink>
    </w:p>
    <w:p w14:paraId="69756B49" w14:textId="3C5CEF5C" w:rsidR="003D567D" w:rsidRPr="00350994" w:rsidRDefault="0078207C" w:rsidP="003E4C50">
      <w:pPr>
        <w:spacing w:after="0"/>
      </w:pPr>
      <w:r w:rsidRPr="00350994">
        <w:sym w:font="Symbol" w:char="F0AE"/>
      </w:r>
      <w:r w:rsidRPr="00350994">
        <w:t xml:space="preserve"> </w:t>
      </w:r>
      <w:r w:rsidR="00BF1AEC" w:rsidRPr="0003575E">
        <w:rPr>
          <w:b/>
          <w:bCs/>
        </w:rPr>
        <w:t xml:space="preserve">Co </w:t>
      </w:r>
      <w:proofErr w:type="spellStart"/>
      <w:r w:rsidR="00BF1AEC" w:rsidRPr="0003575E">
        <w:rPr>
          <w:b/>
          <w:bCs/>
        </w:rPr>
        <w:t>trzeba</w:t>
      </w:r>
      <w:proofErr w:type="spellEnd"/>
      <w:r w:rsidR="001B47C6">
        <w:rPr>
          <w:b/>
          <w:bCs/>
        </w:rPr>
        <w:t xml:space="preserve"> </w:t>
      </w:r>
      <w:proofErr w:type="spellStart"/>
      <w:r w:rsidR="001B47C6">
        <w:rPr>
          <w:b/>
          <w:bCs/>
        </w:rPr>
        <w:t>będzie</w:t>
      </w:r>
      <w:proofErr w:type="spellEnd"/>
      <w:r w:rsidR="00BF1AEC" w:rsidRPr="0003575E">
        <w:rPr>
          <w:b/>
          <w:bCs/>
        </w:rPr>
        <w:t xml:space="preserve"> </w:t>
      </w:r>
      <w:proofErr w:type="spellStart"/>
      <w:r w:rsidR="00BF1AEC" w:rsidRPr="0003575E">
        <w:rPr>
          <w:b/>
          <w:bCs/>
        </w:rPr>
        <w:t>p</w:t>
      </w:r>
      <w:r w:rsidR="003E4C50">
        <w:rPr>
          <w:b/>
          <w:bCs/>
        </w:rPr>
        <w:t>otrzebne</w:t>
      </w:r>
      <w:proofErr w:type="spellEnd"/>
      <w:r w:rsidR="00BF1AEC" w:rsidRPr="0003575E">
        <w:rPr>
          <w:b/>
          <w:bCs/>
        </w:rPr>
        <w:t>?</w:t>
      </w:r>
    </w:p>
    <w:p w14:paraId="7A8AF1A0" w14:textId="237B83B4" w:rsidR="0003575E" w:rsidRDefault="00BF1AEC" w:rsidP="00350994">
      <w:r w:rsidRPr="00350994">
        <w:t xml:space="preserve">• </w:t>
      </w:r>
      <w:proofErr w:type="spellStart"/>
      <w:r w:rsidR="00350994" w:rsidRPr="00350994">
        <w:t>zupełny</w:t>
      </w:r>
      <w:proofErr w:type="spellEnd"/>
      <w:r w:rsidR="00350994" w:rsidRPr="00350994">
        <w:t xml:space="preserve"> </w:t>
      </w:r>
      <w:proofErr w:type="spellStart"/>
      <w:r w:rsidR="00350994" w:rsidRPr="00350994">
        <w:t>odpis</w:t>
      </w:r>
      <w:proofErr w:type="spellEnd"/>
      <w:r w:rsidR="00350994" w:rsidRPr="00350994">
        <w:t xml:space="preserve"> </w:t>
      </w:r>
      <w:proofErr w:type="spellStart"/>
      <w:r w:rsidR="00350994" w:rsidRPr="00350994">
        <w:t>aktu</w:t>
      </w:r>
      <w:proofErr w:type="spellEnd"/>
      <w:r w:rsidR="00350994" w:rsidRPr="00350994">
        <w:t xml:space="preserve"> </w:t>
      </w:r>
      <w:proofErr w:type="spellStart"/>
      <w:r w:rsidR="00350994" w:rsidRPr="00350994">
        <w:t>urodzenia</w:t>
      </w:r>
      <w:proofErr w:type="spellEnd"/>
      <w:r w:rsidR="001B47C6">
        <w:t xml:space="preserve"> (</w:t>
      </w:r>
      <w:proofErr w:type="spellStart"/>
      <w:r w:rsidR="001B47C6">
        <w:t>nie</w:t>
      </w:r>
      <w:proofErr w:type="spellEnd"/>
      <w:r w:rsidR="001B47C6">
        <w:t xml:space="preserve"> jest </w:t>
      </w:r>
      <w:proofErr w:type="spellStart"/>
      <w:r w:rsidR="001B47C6">
        <w:t>konieczny</w:t>
      </w:r>
      <w:proofErr w:type="spellEnd"/>
      <w:r w:rsidR="001B47C6">
        <w:t xml:space="preserve"> </w:t>
      </w:r>
      <w:proofErr w:type="spellStart"/>
      <w:r w:rsidR="001B47C6">
        <w:t>na</w:t>
      </w:r>
      <w:proofErr w:type="spellEnd"/>
      <w:r w:rsidR="001B47C6">
        <w:t xml:space="preserve"> </w:t>
      </w:r>
      <w:proofErr w:type="spellStart"/>
      <w:r w:rsidR="001B47C6">
        <w:t>pierwsze</w:t>
      </w:r>
      <w:proofErr w:type="spellEnd"/>
      <w:r w:rsidR="001B47C6">
        <w:t xml:space="preserve"> </w:t>
      </w:r>
      <w:proofErr w:type="spellStart"/>
      <w:r w:rsidR="001B47C6">
        <w:t>spotkanie</w:t>
      </w:r>
      <w:proofErr w:type="spellEnd"/>
      <w:r w:rsidR="001B47C6">
        <w:t>)</w:t>
      </w:r>
      <w:r w:rsidRPr="00350994">
        <w:br/>
        <w:t xml:space="preserve">• </w:t>
      </w:r>
      <w:proofErr w:type="spellStart"/>
      <w:r w:rsidRPr="00350994">
        <w:t>kwestionariusz</w:t>
      </w:r>
      <w:proofErr w:type="spellEnd"/>
      <w:r w:rsidRPr="00350994">
        <w:t xml:space="preserve"> (</w:t>
      </w:r>
      <w:proofErr w:type="spellStart"/>
      <w:r w:rsidRPr="00350994">
        <w:t>wypełniamy</w:t>
      </w:r>
      <w:proofErr w:type="spellEnd"/>
      <w:r w:rsidRPr="00350994">
        <w:t xml:space="preserve"> </w:t>
      </w:r>
      <w:proofErr w:type="spellStart"/>
      <w:r w:rsidRPr="00350994">
        <w:t>na</w:t>
      </w:r>
      <w:proofErr w:type="spellEnd"/>
      <w:r w:rsidRPr="00350994">
        <w:t xml:space="preserve"> </w:t>
      </w:r>
      <w:proofErr w:type="spellStart"/>
      <w:r w:rsidRPr="00350994">
        <w:t>rozmowie</w:t>
      </w:r>
      <w:proofErr w:type="spellEnd"/>
      <w:r w:rsidRPr="00350994">
        <w:t xml:space="preserve"> </w:t>
      </w:r>
      <w:proofErr w:type="spellStart"/>
      <w:r w:rsidRPr="00350994">
        <w:t>wstępnej</w:t>
      </w:r>
      <w:proofErr w:type="spellEnd"/>
      <w:r w:rsidRPr="00350994">
        <w:t>)</w:t>
      </w:r>
      <w:r w:rsidRPr="00350994">
        <w:br/>
        <w:t xml:space="preserve">• </w:t>
      </w:r>
      <w:proofErr w:type="spellStart"/>
      <w:r w:rsidRPr="00350994">
        <w:t>ewentualnie</w:t>
      </w:r>
      <w:proofErr w:type="spellEnd"/>
      <w:r w:rsidRPr="00350994">
        <w:t xml:space="preserve"> </w:t>
      </w:r>
      <w:proofErr w:type="spellStart"/>
      <w:r w:rsidRPr="00350994">
        <w:t>inne</w:t>
      </w:r>
      <w:proofErr w:type="spellEnd"/>
      <w:r w:rsidRPr="00350994">
        <w:t xml:space="preserve"> </w:t>
      </w:r>
      <w:proofErr w:type="spellStart"/>
      <w:r w:rsidRPr="00350994">
        <w:t>potrzebne</w:t>
      </w:r>
      <w:proofErr w:type="spellEnd"/>
      <w:r w:rsidRPr="00350994">
        <w:t xml:space="preserve"> </w:t>
      </w:r>
      <w:proofErr w:type="spellStart"/>
      <w:r w:rsidRPr="00350994">
        <w:t>dokumenty</w:t>
      </w:r>
      <w:proofErr w:type="spellEnd"/>
      <w:r w:rsidR="00350994" w:rsidRPr="00350994">
        <w:t xml:space="preserve"> </w:t>
      </w:r>
    </w:p>
    <w:p w14:paraId="0ECB50C6" w14:textId="11AF11D4" w:rsidR="003E4C50" w:rsidRDefault="00BF1AEC" w:rsidP="009071EB">
      <w:r w:rsidRPr="00350994">
        <w:br/>
      </w:r>
    </w:p>
    <w:p w14:paraId="678C042F" w14:textId="77777777" w:rsidR="00350994" w:rsidRPr="00350994" w:rsidRDefault="00350994" w:rsidP="00350994"/>
    <w:sectPr w:rsidR="00350994" w:rsidRPr="00350994" w:rsidSect="0078207C">
      <w:pgSz w:w="11906" w:h="16838"/>
      <w:pgMar w:top="454" w:right="624" w:bottom="454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880196"/>
    <w:multiLevelType w:val="hybridMultilevel"/>
    <w:tmpl w:val="5DF2857E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23742151">
    <w:abstractNumId w:val="8"/>
  </w:num>
  <w:num w:numId="2" w16cid:durableId="1974946914">
    <w:abstractNumId w:val="6"/>
  </w:num>
  <w:num w:numId="3" w16cid:durableId="501629818">
    <w:abstractNumId w:val="5"/>
  </w:num>
  <w:num w:numId="4" w16cid:durableId="942224318">
    <w:abstractNumId w:val="4"/>
  </w:num>
  <w:num w:numId="5" w16cid:durableId="1701541123">
    <w:abstractNumId w:val="7"/>
  </w:num>
  <w:num w:numId="6" w16cid:durableId="1222520113">
    <w:abstractNumId w:val="3"/>
  </w:num>
  <w:num w:numId="7" w16cid:durableId="255481828">
    <w:abstractNumId w:val="2"/>
  </w:num>
  <w:num w:numId="8" w16cid:durableId="1249580290">
    <w:abstractNumId w:val="1"/>
  </w:num>
  <w:num w:numId="9" w16cid:durableId="1300846439">
    <w:abstractNumId w:val="0"/>
  </w:num>
  <w:num w:numId="10" w16cid:durableId="131275860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575E"/>
    <w:rsid w:val="0006063C"/>
    <w:rsid w:val="000C4C98"/>
    <w:rsid w:val="00101EE9"/>
    <w:rsid w:val="0015074B"/>
    <w:rsid w:val="001B47C6"/>
    <w:rsid w:val="0029639D"/>
    <w:rsid w:val="00326F90"/>
    <w:rsid w:val="00350994"/>
    <w:rsid w:val="003D567D"/>
    <w:rsid w:val="003E4C50"/>
    <w:rsid w:val="004033DA"/>
    <w:rsid w:val="0045751B"/>
    <w:rsid w:val="00554010"/>
    <w:rsid w:val="005B0C60"/>
    <w:rsid w:val="0078207C"/>
    <w:rsid w:val="009071EB"/>
    <w:rsid w:val="009B41DE"/>
    <w:rsid w:val="00AA1D8D"/>
    <w:rsid w:val="00B47730"/>
    <w:rsid w:val="00BF1AEC"/>
    <w:rsid w:val="00CB0664"/>
    <w:rsid w:val="00CF3339"/>
    <w:rsid w:val="00E442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68C25"/>
  <w14:defaultImageDpi w14:val="300"/>
  <w15:docId w15:val="{31B23A96-74B5-9B4D-8B85-669F0BCE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BF1AE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techumenat.szczeci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odbaranka@gmail.com</cp:lastModifiedBy>
  <cp:revision>2</cp:revision>
  <cp:lastPrinted>2026-09-02T16:18:00Z</cp:lastPrinted>
  <dcterms:created xsi:type="dcterms:W3CDTF">2026-09-05T10:00:00Z</dcterms:created>
  <dcterms:modified xsi:type="dcterms:W3CDTF">2026-09-05T10:00:00Z</dcterms:modified>
  <cp:category/>
</cp:coreProperties>
</file>